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Lesson 2</w:t>
      </w:r>
    </w:p>
    <w:p>
      <w:r>
        <w:t>Pearson Edexcel GCSE Mathematics 1MA1 • L001</w:t>
        <w:br/>
        <w:t>10 minutes • Learner preparation • Lesson resources</w:t>
      </w:r>
    </w:p>
    <w:p>
      <w:pPr>
        <w:spacing w:after="180"/>
      </w:pPr>
      <w:r>
        <w:t>REACH FOR THE STAR  |  GCSE MATHEMATICS</w:t>
      </w:r>
    </w:p>
    <w:p>
      <w:r>
        <w:t>First retrieve signed addition and subtraction. Then activate multiplication and order of operations. No external research or personal information is needed.</w:t>
      </w:r>
    </w:p>
    <w:p>
      <w:pPr>
        <w:pStyle w:val="Heading2"/>
      </w:pPr>
      <w:r>
        <w:t>F1</w:t>
      </w:r>
    </w:p>
    <w:p>
      <w:r>
        <w:t>Tomorrow, without notes, calculate −5 + 8 and 2 − (−6). Explain one inverse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L002, calculate 3 × 4, 12 ÷ 3 and 2 + 3 × 4. Write one question about multiplying negative numbers.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Multiplication can describe equal groups. Three groups of four give 3 × 4 = 12. Division reverses multiplication: 12 ÷ 3 = 4. In 2 + 3 × 4, calculate the multiplication first, giving 2 + 12 = 14. L002 will examine what changes when one or both numbers are negative.</w:t>
      </w:r>
    </w:p>
    <w:p>
      <w:r>
        <w:t>Bring your methods and one question. Retry F1 again in one week. Use a number line only after your first attempt.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Lesson 2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