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FORMATIVE ASSESSMENT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Formative mini test</w:t>
      </w:r>
    </w:p>
    <w:p>
      <w:r>
        <w:t>Pearson Edexcel GCSE Mathematics 1MA1 • L001</w:t>
        <w:br/>
        <w:t>8 marks • 10 minutes • Non-calculator • Lesson resources</w:t>
      </w:r>
    </w:p>
    <w:p>
      <w:pPr>
        <w:spacing w:after="180"/>
      </w:pPr>
      <w:r>
        <w:t>REACH FOR THE STAR  |  GCSE MATHEMATICS</w:t>
      </w:r>
    </w:p>
    <w:p>
      <w:r>
        <w:t>Use after a delay, without notes. This is an original classroom diagnostic, separate from the six-point workbook retrieval. Show working where requested.</w:t>
      </w:r>
    </w:p>
    <w:p>
      <w:pPr>
        <w:pStyle w:val="Heading2"/>
      </w:pPr>
      <w:r>
        <w:t>M1   Work out −9 + 4.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M2   Work out 5 − (−8).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M3   Write −2, −9, 1 in ascending order.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M4   A temperature rises from −6°C to 3°C. Find the rise.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M5   Jo writes −3 − (−7) = −10. Correct the calculation and explain the error.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After teacher feedback: my first reteaching target ____________________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RFTS-PEARSON-GCSE-MAT-1MA1-NUM-L001 •    |  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Formative mini test</dc:title>
  <dc:subject>GCSE Mathematics signed numbers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