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L001</w:t>
        <w:br/>
        <w:t>22 slides • 60 minutes • Teacher use only • Lesson resources</w:t>
      </w:r>
    </w:p>
    <w:p>
      <w:pPr>
        <w:spacing w:after="180"/>
      </w:pPr>
      <w:r>
        <w:t>REACH FOR THE STAR  |  GCSE MATHEMATICS</w:t>
      </w:r>
    </w:p>
    <w:p>
      <w:pPr>
        <w:pStyle w:val="Heading2"/>
      </w:pPr>
      <w:r>
        <w:t>01   SIGNED NUMBERS   1 min   Recall</w:t>
      </w:r>
    </w:p>
    <w:p>
      <w:r>
        <w:t>Welcome errors as useful evidence. Goal: add/subtract signed numbers and justify/check a result. No calculator until the check demonstration.</w:t>
      </w:r>
    </w:p>
    <w:p>
      <w:pPr>
        <w:pStyle w:val="Heading2"/>
      </w:pPr>
      <w:r>
        <w:t>02   What this lesson prepares you to do   1 min   Recall</w:t>
      </w:r>
    </w:p>
    <w:p>
      <w:r>
        <w:t>Ask learners to say what a check should establish. Both tiers share this goal.</w:t>
      </w:r>
    </w:p>
    <w:p>
      <w:pPr>
        <w:pStyle w:val="Heading2"/>
      </w:pPr>
      <w:r>
        <w:t>03   Starting-point diagnostic   4 min   Recall</w:t>
      </w:r>
    </w:p>
    <w:p>
      <w:r>
        <w:t>Answers R1 −5,−1,0,2; R2 5 and 5+3=8; R3 −2. If ordering insecure, use physical number line and verbal rehearsal.</w:t>
      </w:r>
    </w:p>
    <w:p>
      <w:pPr>
        <w:pStyle w:val="Heading2"/>
      </w:pPr>
      <w:r>
        <w:t>04   A sign and an operation   2 min   Discover</w:t>
      </w:r>
    </w:p>
    <w:p>
      <w:r>
        <w:t>Distinguish unary sign and binary subtraction. Read −3−(−5) aloud. Brackets group a signed number.</w:t>
      </w:r>
    </w:p>
    <w:p>
      <w:pPr>
        <w:pStyle w:val="Heading2"/>
      </w:pPr>
      <w:r>
        <w:t>05   The number line   3 min   Discover</w:t>
      </w:r>
    </w:p>
    <w:p>
      <w:r>
        <w:t>Draw an equally spaced editable line on the next slide; establish direction and scale.</w:t>
      </w:r>
    </w:p>
    <w:p>
      <w:pPr>
        <w:pStyle w:val="Heading2"/>
      </w:pPr>
      <w:r>
        <w:t>06   Adding a positive number   2 min   Discover</w:t>
      </w:r>
    </w:p>
    <w:p>
      <w:r>
        <w:t>Model start −3; five right to 2. Explain crossing zero. Read the line labels and movement aloud.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07   Your turn, then less support   3 min   Discover</w:t>
      </w:r>
    </w:p>
    <w:p>
      <w:r>
        <w:t>D1 2; D2 −3,5,left. Remove line prompts once secure. If −6 given for D1, check start/direction.</w:t>
      </w:r>
    </w:p>
    <w:p>
      <w:pPr>
        <w:pStyle w:val="Heading2"/>
      </w:pPr>
      <w:r>
        <w:t>08   Adding a negative number   2 min   Discover</w:t>
      </w:r>
    </w:p>
    <w:p>
      <w:r>
        <w:t>Five left is equivalent to subtracting five. Do not generalise a rule about two signs without attending to the operation.</w:t>
      </w:r>
    </w:p>
    <w:p>
      <w:pPr>
        <w:pStyle w:val="Heading2"/>
      </w:pPr>
      <w:r>
        <w:t>09   Subtracting a positive number   3 min   Discover</w:t>
      </w:r>
    </w:p>
    <w:p>
      <w:r>
        <w:t>D3 −8, check −8+5=−3. Subtraction adds the opposite. Use line then remove it.</w:t>
      </w:r>
    </w:p>
    <w:p>
      <w:pPr>
        <w:pStyle w:val="Heading2"/>
      </w:pPr>
      <w:r>
        <w:t>10   SUBTRACTION ADDS THE OPPOSITE   2 min   Discover</w:t>
      </w:r>
    </w:p>
    <w:p>
      <w:r>
        <w:t>Explain −b is the opposite of b. For b negative, −b positive. Use inverse relationship rather than slogan “two minuses make a plus”.</w:t>
      </w:r>
    </w:p>
    <w:p>
      <w:pPr>
        <w:pStyle w:val="Heading2"/>
      </w:pPr>
      <w:r>
        <w:t>11   Subtracting a negative number   3 min   Discover</w:t>
      </w:r>
    </w:p>
    <w:p>
      <w:r>
        <w:t>D4 5 and 2. Explain why the inverse check must add the signed number subtracted.</w:t>
      </w:r>
    </w:p>
    <w:p>
      <w:pPr>
        <w:pStyle w:val="Heading2"/>
      </w:pPr>
      <w:r>
        <w:t>12   Diagnostic pause   2 min   Apply</w:t>
      </w:r>
    </w:p>
    <w:p>
      <w:r>
        <w:t>B. A confuses subtraction with addition of −2; C ignores starting sign. Reteach using x+(−2)=−5; recheck −6−(−4)=−2. If widespread, use 2 minutes from A2.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13   Careful variation   5 min   Apply</w:t>
      </w:r>
    </w:p>
    <w:p>
      <w:r>
        <w:t>Answers 11,−3,−3,11. Ask learners to explain paired equality. Optional line; no fixed ability grouping.</w:t>
      </w:r>
    </w:p>
    <w:p>
      <w:pPr>
        <w:pStyle w:val="Heading2"/>
      </w:pPr>
      <w:r>
        <w:t>14   Independent calculation   4 min   Apply</w:t>
      </w:r>
    </w:p>
    <w:p>
      <w:r>
        <w:t>Answers 3,−15,3. Require one inverse check. Compare strategy with partner after independent attempt.</w:t>
      </w:r>
    </w:p>
    <w:p>
      <w:pPr>
        <w:pStyle w:val="Heading2"/>
      </w:pPr>
      <w:r>
        <w:t>15   Changes in temperature   3 min   Apply</w:t>
      </w:r>
    </w:p>
    <w:p>
      <w:r>
        <w:t>−4+9−3=2°C; inverse 2+3−9=−4. State each change, not just final answer. Learners may use line or calculation.</w:t>
      </w:r>
    </w:p>
    <w:p>
      <w:pPr>
        <w:pStyle w:val="Heading2"/>
      </w:pPr>
      <w:r>
        <w:t>16   Practice feedback and calculator check   2 min   Apply</w:t>
      </w:r>
    </w:p>
    <w:p>
      <w:r>
        <w:t>Different models label unary minus differently: (−), +/− or neg. Teacher demonstrates own model with brackets; expect 2. Arithmetic check is optional, not a substitute for explanation.</w:t>
      </w:r>
    </w:p>
    <w:p>
      <w:pPr>
        <w:pStyle w:val="Heading2"/>
      </w:pPr>
      <w:r>
        <w:t>17   A claim to test   4 min   Challenge</w:t>
      </w:r>
    </w:p>
    <w:p>
      <w:r>
        <w:t>Any a−b with b&lt;0. Example 1−(−2)=3&gt;1. Accept valid counterexamples and explanations, not only model.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18   Stretch the reasoning   2 min   Challenge</w:t>
      </w:r>
    </w:p>
    <w:p>
      <w:r>
        <w:t>Exactly b&lt;0. Require general argument. Optional extension for either tier; do not label it Higher content.</w:t>
      </w:r>
    </w:p>
    <w:p>
      <w:pPr>
        <w:pStyle w:val="Heading2"/>
      </w:pPr>
      <w:r>
        <w:t>19   Retrieval without notes   4 min   Prove</w:t>
      </w:r>
    </w:p>
    <w:p>
      <w:r>
        <w:t>−3,−5,−10,2,7,1.5. Digital accepts signed decimal/fraction equivalents. Unsupported notation goes to review, not wrong. Score out of 6 is retrieval evidence only.</w:t>
      </w:r>
    </w:p>
    <w:p>
      <w:pPr>
        <w:pStyle w:val="Heading2"/>
      </w:pPr>
      <w:r>
        <w:t>20   Independent exit evidence   5 min   Prove</w:t>
      </w:r>
    </w:p>
    <w:p>
      <w:r>
        <w:t>P1 −4 and −4+(−3)=−7, 1 each. P2 −2−3+8=3, method1 answer1. No automatic method mark. Do not show solutions in learner slides.</w:t>
      </w:r>
    </w:p>
    <w:p>
      <w:pPr>
        <w:pStyle w:val="Heading2"/>
      </w:pPr>
      <w:r>
        <w:t>21   Feedback and next steps   2 min   Prove</w:t>
      </w:r>
    </w:p>
    <w:p>
      <w:r>
        <w:t>If operation/sign confusion persists, reteach with inverse checks in L002 opening. Confidence is not evidence of independent success.</w:t>
      </w:r>
    </w:p>
    <w:p>
      <w:pPr>
        <w:pStyle w:val="Heading2"/>
      </w:pPr>
      <w:r>
        <w:t>22   Before Lesson 2   1 min   Recall</w:t>
      </w:r>
    </w:p>
    <w:p>
      <w:r>
        <w:t>F1 3,8. F2 12,4,14. Retrieve signed addition/subtraction again in one week. Teacher uses mini-test as delayed diagnostic, exam practice as follow-up.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L001: Signed numbers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Order integers; signed addition/subtraction; explain and check.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−18+27−35 and check by grouping in a second way.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learner claims subtracting a negative always gives a positive answer. Test the claim with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 core; optional C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RFTS-PEARSON-GCSE-MAT-1MA1-NUM-L001 • 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GCSE Mathematics signed numbers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