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L001</w:t>
        <w:br/>
        <w:t>10 marks • 12 minutes • Non-calculator • Lesson resources</w:t>
      </w:r>
    </w:p>
    <w:p>
      <w:pPr>
        <w:spacing w:after="180"/>
      </w:pPr>
      <w:r>
        <w:t>REACH FOR THE STAR  |  GCSE MATHEMATICS</w:t>
      </w:r>
    </w:p>
    <w:p>
      <w:r>
        <w:t>Original Reach for the Star questions aligned to Pearson 1MA1 N1–N3. These are not official Pearson questions and carry no awarding-body endorsement. Suitable for Foundation and shared-content Higher consolidation. This short set is not a mock paper or a grade prediction.</w:t>
      </w:r>
    </w:p>
    <w:p>
      <w:pPr>
        <w:pStyle w:val="Heading2"/>
      </w:pPr>
      <w:r>
        <w:t>E1   Work out (a) −12 + 7 [1]   (b) 6 − (−9) [1].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At 06:00 a temperature is −8°C. By noon it rises 13°C. It then falls 9°C. Work out the final temperature. Show your working. [3 marks]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 missing number</w:t>
      </w:r>
    </w:p>
    <w:p>
      <w:pPr>
        <w:pStyle w:val="Heading2"/>
      </w:pPr>
      <w:r>
        <w:t>E3   A number is −4. A student subtracts −6 from it. Explain why the answer is greater than −4. [2 marks]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Complete □ − (−5) = −2. Show how you found the missing number. [3 marks]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that you have answered every part and used units when needed.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