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Signed numbers · Optional extension</w:t>
      </w:r>
    </w:p>
    <w:p>
      <w:r>
        <w:t>Pearson Edexcel GCSE Mathematics 1MA1 · L001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Calculate −18+27−35 and check by grouping in a second way.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learner claims subtracting a negative always gives a positive answer. Test the claim with a counterexample.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