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Signed numbers · Optional extension</w:t>
      </w:r>
    </w:p>
    <w:p>
      <w:r>
        <w:t>Pearson Edexcel GCSE Mathematics 1MA1 · L001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Calculate −18+27−35 and check by grouping in a second way.</w:t>
      </w:r>
    </w:p>
    <w:p>
      <w:r>
        <w:t>Answer and reasoning: −26; for example (−18+27)−35=9−35=−26.</w:t>
      </w:r>
    </w:p>
    <w:p>
      <w:r>
        <w:rPr>
          <w:b/>
        </w:rPr>
        <w:t>Deep challenge</w:t>
      </w:r>
    </w:p>
    <w:p>
      <w:r>
        <w:t>A learner claims subtracting a negative always gives a positive answer. Test the claim with a counterexample.</w:t>
      </w:r>
    </w:p>
    <w:p>
      <w:r>
        <w:t>Answer and reasoning: False: −8−(−3)=−5, still negative.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