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Signed numbers knowledge organiser</w:t>
      </w:r>
    </w:p>
    <w:p>
      <w:r>
        <w:t>Pearson Edexcel GCSE Mathematics 1MA1 • L001</w:t>
        <w:br/>
        <w:t>Foundation and Higher • Lesson resources</w:t>
      </w:r>
    </w:p>
    <w:p>
      <w:pPr>
        <w:spacing w:after="180"/>
      </w:pPr>
      <w:r>
        <w:t>REACH FOR THE STAR  |  GCSE MATHEMATICS</w:t>
      </w:r>
    </w:p>
    <w:p>
      <w:pPr>
        <w:pStyle w:val="Heading1"/>
      </w:pPr>
      <w:r>
        <w:t>The number line</w:t>
      </w:r>
    </w:p>
    <w:p>
      <w:r>
        <w:t>Numbers increase to the right. Equal spaces represent equal differences. For example, −7 &lt; −2 &lt; 0 &lt; 3. The distance from −7 to −2 is 5 units.</w:t>
      </w:r>
    </w:p>
    <w:p>
      <w:pPr>
        <w:pStyle w:val="Heading1"/>
      </w:pPr>
      <w:r>
        <w:t>Methods and reasons</w:t>
      </w:r>
    </w:p>
    <w:p>
      <w:r>
        <w:t>Add a positive: −3 + 5 = 2. Move five right.</w:t>
        <w:br/>
        <w:t>Add a negative: 2 + (−5) = −3. Move five left.</w:t>
        <w:br/>
        <w:t>Subtract a positive: −2 − 4 = −6. Add its opposite, −4.</w:t>
        <w:br/>
        <w:t>Subtract a negative: −2 − (−4) = 2. Add its opposite, +4.</w:t>
      </w:r>
    </w:p>
    <w:p>
      <w:r>
        <w:t>The general rule is a − b = a + (−b). It works because adding b to the result returns a. Check −2 − (−4) = 2 by calculating 2 + (−4) = −2.</w:t>
      </w:r>
    </w:p>
    <w:p>
      <w:pPr>
        <w:pStyle w:val="Heading1"/>
      </w:pPr>
      <w:r>
        <w:t>Vocabulary and notation</w:t>
      </w:r>
    </w:p>
    <w:p>
      <w:r>
        <w:t>Integer: a whole number, including zero and negative whole numbers.</w:t>
        <w:br/>
        <w:t>Opposite: the same distance from zero on the other side, such as 5 and −5.</w:t>
        <w:br/>
        <w:t>Inverse: an operation that undoes another. Addition undoes subtraction.</w:t>
        <w:br/>
        <w:t>Counterexample: an example that disproves an “always” claim.</w:t>
      </w:r>
    </w:p>
    <w:p>
      <w:pPr>
        <w:pStyle w:val="Heading1"/>
      </w:pPr>
      <w:r>
        <w:t>Common traps</w:t>
      </w:r>
    </w:p>
    <w:p>
      <w:r>
        <w:t>−7 is smaller than −2. Subtraction does not always make a number smaller: 1 − (−2) = 3. Do not apply a sign slogan without identifying the operation. Keep brackets around a negative number after a subtraction sign.</w:t>
      </w:r>
    </w:p>
    <w:p>
      <w:pPr>
        <w:pStyle w:val="Heading1"/>
      </w:pPr>
      <w:r>
        <w:t>Check and retrieve</w:t>
      </w:r>
    </w:p>
    <w:p>
      <w:r>
        <w:t>For a − b = c, check c + b = a. Include units in context. A temperature rise is positive even when the starting temperature is negative. Tomorrow, calculate −6 + 8 and 3 − (−4); check again in one week. Intentional practice answers: 2 and 7.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RFTS-PEARSON-GCSE-MAT-1MA1-NUM-L001 • 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Signed numbers knowledge organiser</dc:title>
  <dc:subject>GCSE Mathematics signed numbers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