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Signed numbers</w:t>
      </w:r>
    </w:p>
    <w:p>
      <w:r>
        <w:t>Pearson Edexcel GCSE Mathematics 1MA1 • L001</w:t>
        <w:br/>
        <w:t>Foundation and Higher • 60 minutes • Lesson resources</w:t>
      </w:r>
    </w:p>
    <w:p>
      <w:pPr>
        <w:spacing w:after="180"/>
      </w:pPr>
      <w:r>
        <w:t>REACH FOR THE STAR  |  GCSE MATHEMATICS</w:t>
      </w:r>
    </w:p>
    <w:p>
      <w:r>
        <w:t>Use this workbook to calculate with signed numbers, explain a method and check your answer. Write on the lines or replace them with typed answers. Work without a calculator unless a task invites a check. Optional prompts support the same learning goal.</w:t>
      </w:r>
    </w:p>
    <w:p>
      <w:pPr>
        <w:pStyle w:val="Heading1"/>
      </w:pPr>
      <w:r>
        <w:t>Connect &amp; Check</w:t>
      </w:r>
    </w:p>
    <w:p>
      <w:pPr>
        <w:pStyle w:val="Heading2"/>
      </w:pPr>
      <w:r>
        <w:t>R1</w:t>
      </w:r>
    </w:p>
    <w:p>
      <w:r>
        <w:t>Write these integers in ascending order: 2, −5, 0, −1.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Work out 8 − 3. Write an addition that checks it.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Which is greater, −2 or −7? Explain.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Access: integer means whole number, including zero and negative whole numbers. Ascending means least to greatest. Rehearse your explanation aloud before writing.</w:t>
      </w:r>
    </w:p>
    <w:p>
      <w:r>
        <w:br w:type="page"/>
      </w:r>
    </w:p>
    <w:p>
      <w:pPr>
        <w:pStyle w:val="Heading2"/>
      </w:pPr>
      <w:r>
        <w:t>Share  |  In pairs, predict the first step for this problem: A negative sign belongs to a number. A subtraction sign tells you an operation. Brackets help you see which number is being subtracted. Read −3 − (−5) as “negative three subtract n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A negative sign belongs to a number. A subtraction sign tells you an operation. Brackets help you see which number is being subtracted. Read −3 − (−5) as “negative three subtract negative five”.</w:t>
      </w:r>
    </w:p>
    <w:p>
      <w:pPr>
        <w:pStyle w:val="Heading2"/>
      </w:pPr>
      <w:r>
        <w:t>D1</w:t>
      </w:r>
    </w:p>
    <w:p>
      <w:r>
        <w:t>Worked example: −3 + 5 = 2. Start at −3 and move 5 units right. Check: 2 − 5 = −3. Now work out −4 + 6 and explain the move.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Complete the example: 2 + (−5) = __. Start at 2 and move __ units __. Check by adding 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Worked example: −2 − 4 = −2 + (−4) = −6. Now work out −3 − 5 and check using addition.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Worked example: −2 − (−4) = −2 + 4 = 2. Since 2 + (−4) = −2, subtraction is undone. Complete: −3 − (−5) = −3 + __ = __.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Why subtraction works: a − b is the number which gives a when b is added back. Subtracting b therefore adds its opposite, −b. Check the last example by adding −5 back.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pPr>
        <w:pStyle w:val="Heading2"/>
      </w:pPr>
      <w:r>
        <w:t>A1</w:t>
      </w:r>
    </w:p>
    <w:p>
      <w:r>
        <w:t>Work out each expression. Compare what changes: (a) 4 + 7 (b) 4 + (−7) (c) 4 − 7 (d) 4 − (−7).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Without the prompts, calculate (a) −6 + 9 (b) −6 − 9 (c) −6 − (−9). Check one answer by an inverse operation.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temperature is −4°C. It rises by 9°C, then falls by 3°C. Find the final temperature. Show a calculation and an inverse check.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scaffold: state the start, rewrite subtraction as adding the opposite, calculate, then undo the changes. Try A2 without the prompt. A3 needs °C in the final answer.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Sam says “Subtracting always makes a number smaller.” Give a counterexample and explain why it disproves the claim.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For a fixed integer a, when is a − b greater than a? Explain for any integer b.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Stretch deepens the same goal and is available to either tier. A counterexample is one example that makes an “always” claim false. For C2, explain what happens when b is negative, zero and positive.</w:t>
      </w:r>
    </w:p>
    <w:p>
      <w:pPr>
        <w:pStyle w:val="Heading2"/>
      </w:pPr>
      <w:r>
        <w:t>Intentional practice feedback for Apply and Challenge</w:t>
      </w:r>
    </w:p>
    <w:p>
      <w:r>
        <w:t>A1: (a) 11 (b) −3 (c) −3 (d) 11</w:t>
      </w:r>
    </w:p>
    <w:p>
      <w:r>
        <w:t>A2: (a) 3 (b) −15 (c) 3; e.g. 3 + (−9) = −6.</w:t>
      </w:r>
    </w:p>
    <w:p>
      <w:r>
        <w:t>A3: −4 + 9 − 3 = 2°C. Check: 2 + 3 − 9 = −4.</w:t>
      </w:r>
    </w:p>
    <w:p>
      <w:r>
        <w:t>C1: For example, 1 − (−2) = 3, and 3 &gt; 1. One counterexample disproves “always”.</w:t>
      </w:r>
    </w:p>
    <w:p>
      <w:r>
        <w:t>C2: Exactly when b &lt; 0. Subtracting a negative adds a positive amount. b = 0 leaves a unchanged; b &gt; 0 decreases it.</w:t>
      </w:r>
    </w:p>
    <w:p>
      <w:r>
        <w:t>Read these after attempting the tasks. Correct one response, then explain your correction. These are practice models, not the solutions to the separate assessments.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Answer without notes. Each correct value earns one retrieval point. A fraction equivalent to the decimal is valid. Total 6 points. A score records this attempt and does not demonstrate mastery.</w:t>
      </w:r>
    </w:p>
    <w:p>
      <w:pPr>
        <w:pStyle w:val="Heading2"/>
      </w:pPr>
      <w:r>
        <w:t>Q1   −8 + 5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3 + (−8)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−4 − 6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−4 − (−6)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0 − (−7)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−2.5 + 4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Q1 −3; Q2 −5; Q3 −10; Q4 2; Q5 7; Q6 1.5 or 3/2. Use the opposite operation to check. Cover the key and retry tomorrow; then revisit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 and P2: work without notes for five minutes. Total 4 marks. Teacher review is needed for reasoning and method marks. Show your working. P3 is reflection and has no mark.</w:t>
      </w:r>
    </w:p>
    <w:p>
      <w:pPr>
        <w:pStyle w:val="Heading2"/>
      </w:pPr>
      <w:r>
        <w:t>P1</w:t>
      </w:r>
    </w:p>
    <w:p>
      <w:r>
        <w:t>Without notes: calculate −7 − (−3), then explain an inverse check.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A lift starts at level −2, moves down 3 levels, then up 8. Find its final level. Show your method.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Choose one error you corrected. Explain what changed and name a question you will retry tomorrow.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___________________________</w:t>
        <w:br/>
        <w:t>My next attempt will be on: ____________________</w:t>
        <w:br/>
        <w:t>Independent success after a delay: teacher to review ____________________</w:t>
      </w:r>
    </w:p>
    <w:p>
      <w:r>
        <w:br w:type="page"/>
      </w:r>
    </w:p>
    <w:p>
      <w:pPr>
        <w:pStyle w:val="Heading1"/>
      </w:pPr>
      <w:r>
        <w:t>Prepare for Lesson 2</w:t>
      </w:r>
    </w:p>
    <w:p>
      <w:pPr>
        <w:pStyle w:val="Heading2"/>
      </w:pPr>
      <w:r>
        <w:t>F1</w:t>
      </w:r>
    </w:p>
    <w:p>
      <w:r>
        <w:t>Tomorrow, without notes, calculate −5 + 8 and 2 − (−6). Explain one inverse check.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L002, calculate 3 × 4, 12 ÷ 3 and 2 + 3 × 4. Write one question about multiplying negative numbers.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Using your digital workbook</w:t>
      </w:r>
    </w:p>
    <w:p>
      <w:r>
        <w:t>The HTML version offers optional prompts, intentional practice feedback, a six-question retrieval check and retry. It saves in your current browser where permitted. Export a JSON backup before moving device, renaming the file or clearing browser data. Restore only a compatible backup. Printing records answers; completion is not mastery.</w:t>
      </w:r>
    </w:p>
    <w:p>
      <w:pPr>
        <w:pStyle w:val="Heading2"/>
      </w:pPr>
      <w:r>
        <w:t>Record your progress</w:t>
      </w:r>
    </w:p>
    <w:p>
      <w:r>
        <w:t>Prompts attempted: ____   Retrieval: ____ / 6</w:t>
        <w:br/>
        <w:t>P1–P2 teacher mark: ____ / 4   Next practice: __________________</w:t>
        <w:br/>
        <w:t>Which method can I explain without prompts? __________________</w:t>
      </w:r>
    </w:p>
    <w:p>
      <w:r>
        <w:br w:type="page"/>
      </w:r>
    </w:p>
    <w:p>
      <w:pPr>
        <w:pStyle w:val="Heading1"/>
      </w:pPr>
      <w:r>
        <w:t>Optional extension activities</w:t>
      </w:r>
    </w:p>
    <w:p>
      <w:pPr>
        <w:pStyle w:val="Heading2"/>
      </w:pPr>
      <w:r>
        <w:t>Stretch</w:t>
      </w:r>
    </w:p>
    <w:p>
      <w:r>
        <w:t>Calculate −18+27−35 and check by grouping in a second way.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 learner claims subtracting a negative always gives a positive answer. Test the claim with a counterexample.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L001: Signed numbers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Order integers; signed addition/subtraction; explain and check.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Calculate −18+27−35 and check by grouping in a second way.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claims subtracting a negative always gives a positive answer. Test the claim with a counterexample.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RFTS-PEARSON-GCSE-MAT-1MA1-NUM-L001 • 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Signed numbers</dc:title>
  <dc:subject>GCSE Mathematics signed numbers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