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 answers</w:t>
      </w:r>
    </w:p>
    <w:p>
      <w:r>
        <w:t>Pearson Edexcel GCSE Mathematics 1MA1 • L001</w:t>
        <w:br/>
        <w:t>8 marks • Teacher use only • Lesson resources</w:t>
      </w:r>
    </w:p>
    <w:p>
      <w:pPr>
        <w:spacing w:after="180"/>
      </w:pPr>
      <w:r>
        <w:t>REACH FOR THE STAR  |  GCSE MATHEMATICS</w:t>
      </w:r>
    </w:p>
    <w:p>
      <w:r>
        <w:t>Award the listed components. B means an independent mark; M a method mark; A an accuracy mark dependent on the associated method. Accept equivalent exact forms. Correct numerical answers earn numerical method marks unless a question explicitly requires working or explanation.</w:t>
      </w:r>
    </w:p>
    <w:p>
      <w:pPr>
        <w:pStyle w:val="Heading2"/>
      </w:pPr>
      <w:r>
        <w:t>M1 [1]</w:t>
      </w:r>
    </w:p>
    <w:p>
      <w:r>
        <w:t>−5. B1 for −5.</w:t>
      </w:r>
    </w:p>
    <w:p>
      <w:pPr>
        <w:pStyle w:val="Heading2"/>
      </w:pPr>
      <w:r>
        <w:t>M2 [1]</w:t>
      </w:r>
    </w:p>
    <w:p>
      <w:r>
        <w:t>13. B1 for 13.</w:t>
      </w:r>
    </w:p>
    <w:p>
      <w:pPr>
        <w:pStyle w:val="Heading2"/>
      </w:pPr>
      <w:r>
        <w:t>M3 [1]</w:t>
      </w:r>
    </w:p>
    <w:p>
      <w:r>
        <w:t>−9, −2, 1. B1 for the complete correct order.</w:t>
      </w:r>
    </w:p>
    <w:p>
      <w:pPr>
        <w:pStyle w:val="Heading2"/>
      </w:pPr>
      <w:r>
        <w:t>M4 [2]</w:t>
      </w:r>
    </w:p>
    <w:p>
      <w:r>
        <w:t>3 − (−6) = 9°C. M1 for a correct difference or a valid crossing-zero method; A1 for 9°C.</w:t>
      </w:r>
    </w:p>
    <w:p>
      <w:pPr>
        <w:pStyle w:val="Heading2"/>
      </w:pPr>
      <w:r>
        <w:t>M5 [3]</w:t>
      </w:r>
    </w:p>
    <w:p>
      <w:r>
        <w:t>4 (B1). Subtracting −7 means adding 7 (B1). −10 would be −3 + (−7) or −3 − 7, or give a valid inverse check 4 + (−7) = −3 (B1).</w:t>
      </w:r>
    </w:p>
    <w:p>
      <w:pPr>
        <w:pStyle w:val="Heading1"/>
      </w:pPr>
      <w:r>
        <w:t>What to reteach</w:t>
      </w:r>
    </w:p>
    <w:p>
      <w:r>
        <w:t>M1: rehearse moving right from a negative start. M2 or M5: distinguish the signed number from subtraction and check by adding it back. M3: place values on an equally spaced number line. M4: distinguish final temperature from change in temperature. Reassess with −7 + 2, 4 − (−6), and the rise from −3°C to 5°C. Answers: −5, 10, 8°C. A high immediate score needs delayed confirmation.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 answers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