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L001</w:t>
        <w:br/>
        <w:t>60 minutes • Foundation and Higher • Teacher use only • Lesson resources</w:t>
      </w:r>
    </w:p>
    <w:p>
      <w:pPr>
        <w:spacing w:after="180"/>
      </w:pPr>
      <w:r>
        <w:t>REACH FOR THE STAR  |  GCSE MATHEMATICS</w:t>
      </w:r>
    </w:p>
    <w:p>
      <w:pPr>
        <w:pStyle w:val="Heading1"/>
      </w:pPr>
      <w:r>
        <w:t>Purpose and preparation</w:t>
      </w:r>
    </w:p>
    <w:p>
      <w:r>
        <w:t>L001 develops addition/subtraction of signed integers and a decimal transfer, with explanations and inverse checks. N1 ordering; N2 selected signed operations; N3 inverse relationships. It does not complete these specification statements. L002 teaches multiplication, division and operation priority. Prerequisites: whole-number counting, addition/subtraction and place value. Prior GCSE exposure is assumed by the one-year course; diagnose wider gaps separately.</w:t>
      </w:r>
    </w:p>
    <w:p>
      <w:r>
        <w:t>Prepare mini-whiteboards, equal-interval number lines, printed fallbacks and a teacher calculator with a negative-number key. Open the workbook locally or through an approved VLE. Check export/restore before learner use. Avoid collecting identifying data in filenames. Use the teaching deck privately; distribute the learner package only.</w:t>
      </w:r>
    </w:p>
    <w:p>
      <w:pPr>
        <w:pStyle w:val="Heading1"/>
      </w:pPr>
      <w:r>
        <w:t>Adapt support without changing the goal</w:t>
      </w:r>
    </w:p>
    <w:p>
      <w:r>
        <w:t>Access: explain integer/opposite/inverse, read signs aloud, offer large-print number lines and verbal rehearsal. Scaffold: start/direction/distance prompts and inverse-check frames. Core: remove prompts in A2 and P1–P2. Stretch: C2 requires a general explanation for all integer b, including zero. Support need is temporary and distinct from entry tier.</w:t>
      </w:r>
    </w:p>
    <w:p>
      <w:pPr>
        <w:pStyle w:val="Heading1"/>
      </w:pPr>
      <w:r>
        <w:t>Evidence and pacing</w:t>
      </w:r>
    </w:p>
    <w:p>
      <w:r>
        <w:t>The delivery map totals 60 minutes. Collect R1–R3 and the diagnostic hinge before removing support. If more than about one third of learners select −7 for −5 − (−2), reteach before continuing; this is a planning trigger, not a validated threshold. Use two minutes from independent practice and defer C2 if needed. Record the adaptation. P1–P2 need teacher marking. Mini-test is delayed follow-up; examination practice is additional consolidation, not added to the 60-minute lesson.</w:t>
      </w:r>
    </w:p>
    <w:p>
      <w:r>
        <w:br w:type="page"/>
      </w:r>
    </w:p>
    <w:p>
      <w:pPr>
        <w:pStyle w:val="Heading1"/>
      </w:pPr>
      <w:r>
        <w:t>Recall and worked example answers</w:t>
      </w:r>
    </w:p>
    <w:p>
      <w:pPr>
        <w:pStyle w:val="Heading2"/>
      </w:pPr>
      <w:r>
        <w:t>R1</w:t>
      </w:r>
    </w:p>
    <w:p>
      <w:r>
        <w:t>−5, −1, 0, 2 Ascending means least to greatest. A number farther left is smaller.</w:t>
      </w:r>
    </w:p>
    <w:p>
      <w:pPr>
        <w:pStyle w:val="Heading2"/>
      </w:pPr>
      <w:r>
        <w:t>R2</w:t>
      </w:r>
    </w:p>
    <w:p>
      <w:r>
        <w:t>5; 5 + 3 = 8 Subtraction and addition undo one another.</w:t>
      </w:r>
    </w:p>
    <w:p>
      <w:pPr>
        <w:pStyle w:val="Heading2"/>
      </w:pPr>
      <w:r>
        <w:t>R3</w:t>
      </w:r>
    </w:p>
    <w:p>
      <w:r>
        <w:t>−2, because it is farther right on the number line. A larger digit does not make a negative number greater.</w:t>
      </w:r>
    </w:p>
    <w:p>
      <w:pPr>
        <w:pStyle w:val="Heading2"/>
      </w:pPr>
      <w:r>
        <w:t>D1</w:t>
      </w:r>
    </w:p>
    <w:p>
      <w:r>
        <w:t>2; start at −4, move 6 units right. Adding a positive number moves right. Cross zero carefully.</w:t>
      </w:r>
    </w:p>
    <w:p>
      <w:pPr>
        <w:pStyle w:val="Heading2"/>
      </w:pPr>
      <w:r>
        <w:t>D2</w:t>
      </w:r>
    </w:p>
    <w:p>
      <w:r>
        <w:t>−3; 5; left; −3 + 5 = 2. Adding a negative number moves left by its distance from zero.</w:t>
      </w:r>
    </w:p>
    <w:p>
      <w:pPr>
        <w:pStyle w:val="Heading2"/>
      </w:pPr>
      <w:r>
        <w:t>D3</w:t>
      </w:r>
    </w:p>
    <w:p>
      <w:r>
        <w:t>−8; −8 + 5 = −3. Subtracting a positive number moves left.</w:t>
      </w:r>
    </w:p>
    <w:p>
      <w:pPr>
        <w:pStyle w:val="Heading2"/>
      </w:pPr>
      <w:r>
        <w:t>D4</w:t>
      </w:r>
    </w:p>
    <w:p>
      <w:r>
        <w:t>5; 2 Subtracting a negative adds its opposite. The inverse check explains why.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(a) 11 (b) −3 (c) −3 (d) 11 The operation and the sign of the second number both matter.</w:t>
      </w:r>
    </w:p>
    <w:p>
      <w:pPr>
        <w:pStyle w:val="Heading2"/>
      </w:pPr>
      <w:r>
        <w:t>A2</w:t>
      </w:r>
    </w:p>
    <w:p>
      <w:r>
        <w:t>(a) 3 (b) −15 (c) 3; e.g. 3 + (−9) = −6. Only one feature varies at a time. Explain why (a) and (c) agree.</w:t>
      </w:r>
    </w:p>
    <w:p>
      <w:pPr>
        <w:pStyle w:val="Heading2"/>
      </w:pPr>
      <w:r>
        <w:t>A3</w:t>
      </w:r>
    </w:p>
    <w:p>
      <w:r>
        <w:t>−4 + 9 − 3 = 2°C. Check: 2 + 3 − 9 = −4. An increase is a positive change; a decrease is a negative change.</w:t>
      </w:r>
    </w:p>
    <w:p>
      <w:pPr>
        <w:pStyle w:val="Heading2"/>
      </w:pPr>
      <w:r>
        <w:t>C1</w:t>
      </w:r>
    </w:p>
    <w:p>
      <w:r>
        <w:t>For example, 1 − (−2) = 3, and 3 &gt; 1. One counterexample disproves “always”. A counterexample must contradict the stated claim, not just give another calculation.</w:t>
      </w:r>
    </w:p>
    <w:p>
      <w:pPr>
        <w:pStyle w:val="Heading2"/>
      </w:pPr>
      <w:r>
        <w:t>C2</w:t>
      </w:r>
    </w:p>
    <w:p>
      <w:r>
        <w:t>Exactly when b &lt; 0. Subtracting a negative adds a positive amount. b = 0 leaves a unchanged; b &gt; 0 decreases it. Use a general argument and consider zero. This extension is available to either tier.</w:t>
      </w:r>
    </w:p>
    <w:p>
      <w:r>
        <w:t>Hinge: −5 − (−2) = −3. Distractor −7 treats it as adding −2; 3 drops the starting negative. Follow-up −6 − (−4) = −2. Use x + (−2) = −5 to make the inverse relationship visible.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−4; −4 + (−3) = −7. Teacher review: 1 for −4; 1 for a valid inverse check.</w:t>
      </w:r>
    </w:p>
    <w:p>
      <w:pPr>
        <w:pStyle w:val="Heading2"/>
      </w:pPr>
      <w:r>
        <w:t>P2</w:t>
      </w:r>
    </w:p>
    <w:p>
      <w:r>
        <w:t>−2 − 3 + 8 = 3, so level 3. Teacher review: 1 for a correct full calculation; 1 for level 3.</w:t>
      </w:r>
    </w:p>
    <w:p>
      <w:pPr>
        <w:pStyle w:val="Heading2"/>
      </w:pPr>
      <w:r>
        <w:t>P3</w:t>
      </w:r>
    </w:p>
    <w:p>
      <w:r>
        <w:t>Personal response: identify the error, correction and a specific retrieval task. Reflection records a plan, not mastery.</w:t>
      </w:r>
    </w:p>
    <w:p>
      <w:pPr>
        <w:pStyle w:val="Heading2"/>
      </w:pPr>
      <w:r>
        <w:t>F1</w:t>
      </w:r>
    </w:p>
    <w:p>
      <w:r>
        <w:t>3 and 8; e.g. 8 + (−6) = 2. Retrieve again in one week.</w:t>
      </w:r>
    </w:p>
    <w:p>
      <w:pPr>
        <w:pStyle w:val="Heading2"/>
      </w:pPr>
      <w:r>
        <w:t>F2</w:t>
      </w:r>
    </w:p>
    <w:p>
      <w:r>
        <w:t>12, 4, 14; multiplication precedes addition. L002 develops multiplication/division signs and order of operations.</w:t>
      </w:r>
    </w:p>
    <w:p>
      <w:r>
        <w:t>Retrieval Q1–Q6: −3, −5, −10, 2, 7, 1.5. One point each. The digital numeric checker accepts decimals, optional plus signs, Unicode minus, simple fractions and mixed numbers. It flags unsupported notation for review; it never automatically awards method marks. The checker compares exact rational values without a rounding tolerance.</w:t>
      </w:r>
    </w:p>
    <w:p>
      <w:pPr>
        <w:pStyle w:val="Heading1"/>
      </w:pPr>
      <w:r>
        <w:t>Reteaching routes</w:t>
      </w:r>
    </w:p>
    <w:p>
      <w:r>
        <w:t>Ordering error: rebuild a line with zero and unit spacing, compare −1 and −5, then retest. Addition direction error: separate the start value from the change. Subtraction-of-negative error: rewrite and verify by adding the original signed subtrahend. Context error: identify each change and retain units. Correct with a fresh problem the next day and one week later. Completion, confidence and one quiz score are not mastery.</w:t>
      </w:r>
    </w:p>
    <w:p>
      <w:pPr>
        <w:pStyle w:val="Heading1"/>
      </w:pPr>
      <w:r>
        <w:t>Release boundaries</w:t>
      </w:r>
    </w:p>
    <w:p>
      <w:r>
        <w:t>Intentional practice feedback is visible in learner materials. Full formative/examination solutions and these notes are teacher-only. Offline HTML cannot secure embedded practice feedback; formal assessment solutions are absent. Local saves are browser/device dependent; backup export is essential. No account saving or teacher dashboard is claimed. This pack enters Review, pending independent human mathematical and classroom review.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Calculate −18+27−35 and check by grouping in a second way.</w:t>
      </w:r>
    </w:p>
    <w:p>
      <w:r>
        <w:t>Answer and reasoning: −26; for example (−18+27)−35=9−35=−26.</w:t>
      </w:r>
    </w:p>
    <w:p>
      <w:pPr>
        <w:pStyle w:val="Heading2"/>
      </w:pPr>
      <w:r>
        <w:t>Deep challenge</w:t>
      </w:r>
    </w:p>
    <w:p>
      <w:r>
        <w:t>A learner claims subtracting a negative always gives a positive answer. Test the claim with a counterexample.</w:t>
      </w:r>
    </w:p>
    <w:p>
      <w:r>
        <w:t>Answer and reasoning: False: −8−(−3)=−5, still negative.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L001: Signed numbers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Order integers; signed addition/subtraction; explain and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−18+27−35 and check by grouping in a second way.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claims subtracting a negative always gives a positive answer. Test the claim with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 core; optional C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