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Multiplication, division and order · Optional extension</w:t>
      </w:r>
    </w:p>
    <w:p>
      <w:r>
        <w:t>Pearson Edexcel GCSE Mathematics 1MA1 · L002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Calculate 48÷(−6)×(−2)+5, showing equal-priority operations left to right.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Insert brackets in 6+2×5−4 to make 36 and explain your choice.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