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DELIVERY MAP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Slide by slide delivery map</w:t>
      </w:r>
    </w:p>
    <w:p>
      <w:r>
        <w:t>Pearson Edexcel GCSE Mathematics 1MA1 • L002</w:t>
        <w:br/>
        <w:t>19 slides • 60 minutes • Teacher use only • Lesson resources</w:t>
      </w:r>
    </w:p>
    <w:p>
      <w:r>
        <w:t>REACH FOR THE STAR  |  GCSE MATHEMATICS</w:t>
      </w:r>
    </w:p>
    <w:p>
      <w:pPr>
        <w:pStyle w:val="Heading2"/>
      </w:pPr>
      <w:r>
        <w:t>01   MULTIPLICATION AND ORDER   1 min   Recall</w:t>
      </w:r>
    </w:p>
    <w:p>
      <w:r>
        <w:t>Calculate with signed products, quotients and mixed operations; justify the order and check with an inverse.</w:t>
      </w:r>
    </w:p>
    <w:p>
      <w:pPr>
        <w:pStyle w:val="Heading2"/>
      </w:pPr>
      <w:r>
        <w:t>02   The goal and the evidence   1 min   Recall</w:t>
      </w:r>
    </w:p>
    <w:p>
      <w:r>
        <w:t>L001 signed addition/subtraction; whole-number multiplication facts and division; simple squares.</w:t>
      </w:r>
    </w:p>
    <w:p>
      <w:pPr>
        <w:pStyle w:val="Heading2"/>
      </w:pPr>
      <w:r>
        <w:t>03   Starting-point diagnostic   4 min   Recall</w:t>
      </w:r>
    </w:p>
    <w:p>
      <w:r>
        <w:t>Negative product error: rebuild three groups of −4, then use distribution over a zero pair. Quotient error: write divisor × missing number = dividend. Order error: underline the next operation, write one transformation per line. Reassess with −4 × (−3) = 12, −35 ÷ 7 = −5 and 12 − 2 × 4 = 4.</w:t>
      </w:r>
    </w:p>
    <w:p>
      <w:pPr>
        <w:pStyle w:val="Heading2"/>
      </w:pPr>
      <w:r>
        <w:t>04   Signed multiplication   6 min   Discover</w:t>
      </w:r>
    </w:p>
    <w:p>
      <w:r>
        <w:t>−12. Four groups of −3 have a total of −12.</w:t>
      </w:r>
    </w:p>
    <w:p>
      <w:pPr>
        <w:pStyle w:val="Heading2"/>
      </w:pPr>
      <w:r>
        <w:t>05   Why two negative factors give a positive   3 min   Discover</w:t>
      </w:r>
    </w:p>
    <w:p>
      <w:r>
        <w:t>12; 0; 10. Distribution over 4 + (−4) = 0 explains the sign.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06   Division reverses multiplication   4 min   Discover</w:t>
      </w:r>
    </w:p>
    <w:p>
      <w:r>
        <w:t>4; (−6) × 4 = −24. The divisor times the quotient must equal the dividend.</w:t>
      </w:r>
    </w:p>
    <w:p>
      <w:pPr>
        <w:pStyle w:val="Heading2"/>
      </w:pPr>
      <w:r>
        <w:t>07   Operation priority   3 min   Discover</w:t>
      </w:r>
    </w:p>
    <w:p>
      <w:r>
        <w:t>−6; 1. Multiply before adding.</w:t>
      </w:r>
    </w:p>
    <w:p>
      <w:pPr>
        <w:pStyle w:val="Heading2"/>
      </w:pPr>
      <w:r>
        <w:t>08   SAME PRIORITY: LEFT TO RIGHT   3 min   Discover</w:t>
      </w:r>
    </w:p>
    <w:p>
      <w:r>
        <w:t>Brackets first; then powers; then multiplication and division from left to right; then addition and subtraction from left to right. Equal-priority operations are not separate alphabetical steps.</w:t>
      </w:r>
    </w:p>
    <w:p>
      <w:pPr>
        <w:pStyle w:val="Heading2"/>
      </w:pPr>
      <w:r>
        <w:t>09   Diagnostic pause   3 min   Apply</w:t>
      </w:r>
    </w:p>
    <w:p>
      <w:r>
        <w:t>For 18 ÷ 3 × 2, A 3, B 12, C 6. B is correct: 18 ÷ 3 = 6, then × 2. A wrongly groups 3 × 2. C stops early. Recheck with 20 ÷ 5 × 2 = 8.</w:t>
      </w:r>
    </w:p>
    <w:p>
      <w:pPr>
        <w:pStyle w:val="Heading2"/>
      </w:pPr>
      <w:r>
        <w:t>10   Careful variation   4 min   Apply</w:t>
      </w:r>
    </w:p>
    <w:p>
      <w:r>
        <w:t>12, −12, −12, 12. Changing one factor’s sign changes the product’s sign; changing both restores it.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11   Independent application   4 min   Apply</w:t>
      </w:r>
    </w:p>
    <w:p>
      <w:r>
        <w:t>12; 3; 15. Use left-to-right order at equal priority; brackets change grouping.</w:t>
      </w:r>
    </w:p>
    <w:p>
      <w:pPr>
        <w:pStyle w:val="Heading2"/>
      </w:pPr>
      <w:r>
        <w:t>12   Use the method in context   3 min   Apply</w:t>
      </w:r>
    </w:p>
    <w:p>
      <w:r>
        <w:t>−7 + 3 × 4 − 9 = −4, so −£4. Payments are positive changes. Check −4 + 9 − 12 = −7.</w:t>
      </w:r>
    </w:p>
    <w:p>
      <w:pPr>
        <w:pStyle w:val="Heading2"/>
      </w:pPr>
      <w:r>
        <w:t>13   Intentional practice feedback   3 min   Apply</w:t>
      </w:r>
    </w:p>
    <w:p>
      <w:r>
        <w:t>Optional check only: estimate the sign, then enter (−18) ÷ (−3) + 2 × 4 using brackets and the negative-number key. Expect 14. Calculator models differ; demonstrate your own.</w:t>
      </w:r>
    </w:p>
    <w:p>
      <w:pPr>
        <w:pStyle w:val="Heading2"/>
      </w:pPr>
      <w:r>
        <w:t>14   A claim to test   3 min   Challenge</w:t>
      </w:r>
    </w:p>
    <w:p>
      <w:r>
        <w:t>−5 and 6. The claim works for a product of two negative numbers, not every operation. State the operation before using a sign rule.</w:t>
      </w:r>
    </w:p>
    <w:p>
      <w:pPr>
        <w:pStyle w:val="Heading2"/>
      </w:pPr>
      <w:r>
        <w:t>15   Deepen the reasoning   3 min   Challenge</w:t>
      </w:r>
    </w:p>
    <w:p>
      <w:r>
        <w:t>9 and −9. (−3)² = (−3) × (−3); −3² means −(3 × 3). A power acts on its base; brackets show that the negative sign belongs to the base.</w:t>
      </w:r>
    </w:p>
    <w:p>
      <w:r>
        <w:br w:type="page"/>
      </w:r>
    </w:p>
    <w:p>
      <w:pPr>
        <w:pStyle w:val="Heading1"/>
      </w:pPr>
      <w:r>
        <w:t>Delivery continued</w:t>
      </w:r>
    </w:p>
    <w:p>
      <w:pPr>
        <w:pStyle w:val="Heading2"/>
      </w:pPr>
      <w:r>
        <w:t>16   Retrieval without notes   4 min   Prove</w:t>
      </w:r>
    </w:p>
    <w:p>
      <w:r>
        <w:t>Answers: -20, 18, -4, 8, 11, 14. Score is retrieval evidence, not mastery.</w:t>
      </w:r>
    </w:p>
    <w:p>
      <w:pPr>
        <w:pStyle w:val="Heading2"/>
      </w:pPr>
      <w:r>
        <w:t>17   Independent exit evidence   5 min   Prove</w:t>
      </w:r>
    </w:p>
    <w:p>
      <w:r>
        <w:t>−6. M1 for 3 × (−4) = −12; A1 for 6 − 12 = −6. 7 B1; (−6) × 7 = −42 B1.</w:t>
      </w:r>
    </w:p>
    <w:p>
      <w:pPr>
        <w:pStyle w:val="Heading2"/>
      </w:pPr>
      <w:r>
        <w:t>18   Feedback and next steps   2 min   Prove</w:t>
      </w:r>
    </w:p>
    <w:p>
      <w:r>
        <w:t>Negative product error: rebuild three groups of −4, then use distribution over a zero pair. Quotient error: write divisor × missing number = dividend. Order error: underline the next operation, write one transformation per line. Reassess with −4 × (−3) = 12, −35 ÷ 7 = −5 and 12 − 2 × 4 = 4.</w:t>
      </w:r>
    </w:p>
    <w:p>
      <w:pPr>
        <w:pStyle w:val="Heading2"/>
      </w:pPr>
      <w:r>
        <w:t>19   Before the next lesson   1 min   Recall</w:t>
      </w:r>
    </w:p>
    <w:p>
      <w:r>
        <w:t>Each place to the left is ten times the value. For example, 2.47 × 10 = 24.7: the digits take places worth ten times as much. Estimate an answer before using a calculator.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L002: Multiplication, division and order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Calculate with signed products, quotients and mixed operations; justify the order and check with an inverse.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Calculate 48÷(−6)×(−2)+5, showing equal-priority operations left to right.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Insert brackets in 6+2×5−4 to make 36 and explain your choice.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 by slide delivery map</dc:title>
  <dc:subject>Multiplication, division and order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