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L002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Calculate (a) (−8) × (−3) (b) −45 ÷ 9.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balance is −£12. Four payments of £7 arrive, then £19 is spent. Find the final balance. Show working.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Explain why 24 ÷ 4 × 2 and 24 ÷ (4 × 2) have different values.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Insert one pair of brackets into 8 − 2 × 3 + 1 to make 19. Show that your expression works.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Multiplication, division and order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