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L002</w:t>
        <w:br/>
        <w:t>10 minutes • Lesson resources</w:t>
      </w:r>
    </w:p>
    <w:p>
      <w:r>
        <w:t>REACH FOR THE STAR  |  GCSE MATHEMATICS</w:t>
      </w:r>
    </w:p>
    <w:p>
      <w:r>
        <w:t>L003: place value, decimals and estimation</w:t>
      </w:r>
    </w:p>
    <w:p>
      <w:pPr>
        <w:pStyle w:val="Heading2"/>
      </w:pPr>
      <w:r>
        <w:t>F1</w:t>
      </w:r>
    </w:p>
    <w:p>
      <w:r>
        <w:t>Tomorrow calculate −4 × (−6) and 24 ÷ 4 × 2. Explain one answer.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L003, find 3.7 × 10 and 48 ÷ 100. State the value of 6 in 4.063.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Each place to the left is ten times the value. For example, 2.47 × 10 = 24.7: the digits take places worth ten times as much. Estimate an answer before using a calculator.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Multiplication, division and order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