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KNOWLEDGE ORGANISER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Multiplication and order</w:t>
      </w:r>
    </w:p>
    <w:p>
      <w:r>
        <w:t>Pearson Edexcel GCSE Mathematics 1MA1 • L002</w:t>
        <w:br/>
        <w:t>Foundation and Higher • Lesson resources</w:t>
      </w:r>
    </w:p>
    <w:p>
      <w:r>
        <w:t>REACH FOR THE STAR  |  GCSE MATHEMATICS</w:t>
      </w:r>
    </w:p>
    <w:p>
      <w:pPr>
        <w:pStyle w:val="Heading1"/>
      </w:pPr>
      <w:r>
        <w:t>Purpose</w:t>
      </w:r>
    </w:p>
    <w:p>
      <w:r>
        <w:t>Calculate with signed products, quotients and mixed operations; justify the order and check with an inverse.</w:t>
      </w:r>
    </w:p>
    <w:p>
      <w:pPr>
        <w:pStyle w:val="Heading1"/>
      </w:pPr>
      <w:r>
        <w:t>Vocabulary</w:t>
      </w:r>
    </w:p>
    <w:p>
      <w:r>
        <w:t>Product: result of multiplication. Quotient: result of division. Factor: a number being multiplied. Brackets group a calculation. A square multiplies a number by itself.</w:t>
      </w:r>
    </w:p>
    <w:p>
      <w:pPr>
        <w:pStyle w:val="Heading1"/>
      </w:pPr>
      <w:r>
        <w:t>Why the method works</w:t>
      </w:r>
    </w:p>
    <w:p>
      <w:r>
        <w:t>Three lots of −4 give −12. To keep distribution valid, (−3) × (4 + (−4)) must be zero. Since (−3) × 4 = −12, (−3) × (−4) must be +12. Division reverses multiplication: −24 ÷ 6 = −4 because 6 × (−4) = −24. Division by zero is undefined.</w:t>
      </w:r>
    </w:p>
    <w:p>
      <w:pPr>
        <w:pStyle w:val="Heading1"/>
      </w:pPr>
      <w:r>
        <w:t>Method and checking</w:t>
      </w:r>
    </w:p>
    <w:p>
      <w:r>
        <w:t>Brackets first; then powers; then multiplication and division from left to right; then addition and subtraction from left to right. Equal-priority operations are not separate alphabetical steps.</w:t>
      </w:r>
    </w:p>
    <w:p>
      <w:pPr>
        <w:pStyle w:val="Heading1"/>
      </w:pPr>
      <w:r>
        <w:t>Common errors and next attempt</w:t>
      </w:r>
    </w:p>
    <w:p>
      <w:r>
        <w:t>Negative product error: rebuild three groups of −4, then use distribution over a zero pair. Quotient error: write divisor × missing number = dividend. Order error: underline the next operation, write one transformation per line. Reassess with −4 × (−3) = 12, −35 ÷ 7 = −5 and 12 − 2 × 4 = 4.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RFTS-PEARSON-GCSE-MAT-1MA1-NUM-L002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Multiplication and order</dc:title>
  <dc:subject>Multiplication, division and order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