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LEARNER WORKBOOK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Multiplication and order</w:t>
      </w:r>
    </w:p>
    <w:p>
      <w:r>
        <w:t>Pearson Edexcel GCSE Mathematics 1MA1 • L002</w:t>
        <w:br/>
        <w:t>Foundation and Higher • 60 minutes • Lesson resources</w:t>
      </w:r>
    </w:p>
    <w:p>
      <w:r>
        <w:t>REACH FOR THE STAR  |  GCSE MATHEMATICS</w:t>
      </w:r>
    </w:p>
    <w:p>
      <w:r>
        <w:t>Calculate with signed products, quotients and mixed operations; justify the order and check with an inverse.</w:t>
      </w:r>
    </w:p>
    <w:p>
      <w:r>
        <w:t>Work without a calculator except where a check is invited. Write on the lines or replace them with typed answers. Attempt before reading intentional practice feedback.</w:t>
      </w:r>
    </w:p>
    <w:p>
      <w:pPr>
        <w:pStyle w:val="Heading1"/>
      </w:pPr>
      <w:r>
        <w:t>Connect &amp; Check</w:t>
      </w:r>
    </w:p>
    <w:p>
      <w:r>
        <w:t>Product: result of multiplication. Quotient: result of division. Factor: a number being multiplied. Brackets group a calculation. A square multiplies a number by itself.</w:t>
      </w:r>
    </w:p>
    <w:p>
      <w:pPr>
        <w:pStyle w:val="Heading2"/>
      </w:pPr>
      <w:r>
        <w:t>R1</w:t>
      </w:r>
    </w:p>
    <w:p>
      <w:r>
        <w:t>Calculate −6 + 9 and −4 − (−7).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R2</w:t>
      </w:r>
    </w:p>
    <w:p>
      <w:r>
        <w:t>Find 6 × 4 and 24 ÷ 6. Explain the connection.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R3</w:t>
      </w:r>
    </w:p>
    <w:p>
      <w:r>
        <w:t>Write 3² as a multiplication, then calculate it.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2"/>
      </w:pPr>
      <w:r>
        <w:t>Share  |  In pairs, predict the first step for this problem: Three lots of −4 give −12. To keep distribution valid, (−3) × (4 + (−4)) must be zero. Since (−3) × 4 = −12, (−3) × (−4) must be +12. Division reverses multiplication: −24 ÷ 6 = −4 Compare your reasons before using the worked model.</w:t>
      </w:r>
    </w:p>
    <w:p>
      <w:pPr>
        <w:pStyle w:val="Heading1"/>
      </w:pPr>
      <w:r>
        <w:t>Present through worked examples</w:t>
      </w:r>
    </w:p>
    <w:p>
      <w:r>
        <w:t>Three lots of −4 give −12. To keep distribution valid, (−3) × (4 + (−4)) must be zero. Since (−3) × 4 = −12, (−3) × (−4) must be +12. Division reverses multiplication: −24 ÷ 6 = −4 because 6 × (−4) = −24. Division by zero is undefined.</w:t>
      </w:r>
    </w:p>
    <w:p>
      <w:pPr>
        <w:pStyle w:val="Heading2"/>
      </w:pPr>
      <w:r>
        <w:t>D1</w:t>
      </w:r>
    </w:p>
    <w:p>
      <w:r>
        <w:t>Worked example: 3 × (−4) = −4 + (−4) + (−4) = −12. Now calculate 4 × (−3).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D2</w:t>
      </w:r>
    </w:p>
    <w:p>
      <w:r>
        <w:t>Complete: (−3) × 4 = −12, so (−3) × (−4) = __ because the two products sum to __. Now find (−5) × (−2).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D3</w:t>
      </w:r>
    </w:p>
    <w:p>
      <w:r>
        <w:t>Worked example: −24 ÷ 6 = −4 since 6 × (−4) = −24. Complete −24 ÷ (−6) = __ and give the multiplication check.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D4</w:t>
      </w:r>
    </w:p>
    <w:p>
      <w:r>
        <w:t>Worked example: 5 + 2 × (−3) = 5 + (−6) = −1. Complete 7 + 3 × (−2) = 7 + __ = __.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br w:type="page"/>
      </w:r>
    </w:p>
    <w:p>
      <w:pPr>
        <w:pStyle w:val="Heading1"/>
      </w:pPr>
      <w:r>
        <w:t>Apply with less support</w:t>
      </w:r>
    </w:p>
    <w:p>
      <w:r>
        <w:t>Brackets first; then powers; then multiplication and division from left to right; then addition and subtraction from left to right. Equal-priority operations are not separate alphabetical steps.</w:t>
      </w:r>
    </w:p>
    <w:p>
      <w:pPr>
        <w:pStyle w:val="Heading2"/>
      </w:pPr>
      <w:r>
        <w:t>A1</w:t>
      </w:r>
    </w:p>
    <w:p>
      <w:r>
        <w:t>Calculate (a) 4 × 3 (b) 4 × (−3) (c) (−4) × 3 (d) (−4) × (−3). What changes?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A2</w:t>
      </w:r>
    </w:p>
    <w:p>
      <w:r>
        <w:t>Without prompts, calculate (a) 18 ÷ 3 × 2 (b) 18 ÷ (3 × 2) (c) 20 − 8 + 3.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A3</w:t>
      </w:r>
    </w:p>
    <w:p>
      <w:r>
        <w:t>A balance is −£7. Three payments of £4 arrive, then £9 is spent. Write one expression and find the new balance.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Optional support: Keep the magnitude 12; justify the sign.</w:t>
      </w:r>
    </w:p>
    <w:p>
      <w:r>
        <w:t>Optional check only: estimate the sign, then enter (−18) ÷ (−3) + 2 × 4 using brackets and the negative-number key. Expect 14. Calculator models differ; demonstrate your own.</w:t>
      </w:r>
    </w:p>
    <w:p>
      <w:r>
        <w:br w:type="page"/>
      </w:r>
    </w:p>
    <w:p>
      <w:pPr>
        <w:pStyle w:val="Heading1"/>
      </w:pPr>
      <w:r>
        <w:t>Apply and extend reasoning</w:t>
      </w:r>
    </w:p>
    <w:p>
      <w:pPr>
        <w:pStyle w:val="Heading2"/>
      </w:pPr>
      <w:r>
        <w:t>C1</w:t>
      </w:r>
    </w:p>
    <w:p>
      <w:r>
        <w:t>Alex says “Two negatives always make a positive.” Compare −3 + (−2) and (−3) × (−2). Improve the claim.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C2</w:t>
      </w:r>
    </w:p>
    <w:p>
      <w:r>
        <w:t>Compare (−3)² and −3². Explain the role of brackets.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practice feedback — read after attempting</w:t>
      </w:r>
    </w:p>
    <w:p>
      <w:r>
        <w:t>A1: 12, −12, −12, 12.</w:t>
      </w:r>
    </w:p>
    <w:p>
      <w:r>
        <w:t>A2: 12; 3; 15.</w:t>
      </w:r>
    </w:p>
    <w:p>
      <w:r>
        <w:t>A3: −7 + 3 × 4 − 9 = −4, so −£4.</w:t>
      </w:r>
    </w:p>
    <w:p>
      <w:r>
        <w:t>C1: −5 and 6. The claim works for a product of two negative numbers, not every operation.</w:t>
      </w:r>
    </w:p>
    <w:p>
      <w:r>
        <w:t>C2: 9 and −9. (−3)² = (−3) × (−3); −3² means −(3 × 3).</w:t>
      </w:r>
    </w:p>
    <w:p>
      <w:r>
        <w:t>Correct one response and explain your change. Stretch is available to either tier; temporary support needs do not determine entry tier.</w:t>
      </w:r>
    </w:p>
    <w:p>
      <w:r>
        <w:br w:type="page"/>
      </w:r>
    </w:p>
    <w:p>
      <w:pPr>
        <w:pStyle w:val="Heading1"/>
      </w:pPr>
      <w:r>
        <w:t>Recall &amp; Review through retrieval</w:t>
      </w:r>
    </w:p>
    <w:p>
      <w:r>
        <w:t>Work without notes. Six retrieval points; this attempt does not establish mastery. Equivalent exact numeric forms are accepted. Where accuracy is requested, also state the requested form in your written work.</w:t>
      </w:r>
    </w:p>
    <w:p>
      <w:pPr>
        <w:pStyle w:val="Heading2"/>
      </w:pPr>
      <w:r>
        <w:t>Q1   −5 × 4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Q2   (−6) × (−3)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Q3   −28 ÷ 7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Q4   20 ÷ 5 × 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Q5   3 + 4 × 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Q6   (3 + 4) × 2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Intentional retrieval feedback</w:t>
      </w:r>
    </w:p>
    <w:p>
      <w:r>
        <w:t>Q1 −20; Q2 18; Q3 −4; Q4 8; Q5 11; Q6 14. Correct and retry tomorrow, then in one week.</w:t>
      </w:r>
    </w:p>
    <w:p>
      <w:r>
        <w:br w:type="page"/>
      </w:r>
    </w:p>
    <w:p>
      <w:pPr>
        <w:pStyle w:val="Heading1"/>
      </w:pPr>
      <w:r>
        <w:t>Prove independently and improve</w:t>
      </w:r>
    </w:p>
    <w:p>
      <w:r>
        <w:t>P1–P2: five minutes without notes; 4 marks. Your teacher reviews explanations and method marks. P3 has no mark.</w:t>
      </w:r>
    </w:p>
    <w:p>
      <w:pPr>
        <w:pStyle w:val="Heading2"/>
      </w:pPr>
      <w:r>
        <w:t>P1</w:t>
      </w:r>
    </w:p>
    <w:p>
      <w:r>
        <w:t>Without notes, calculate 6 + 3 × (−4). Show which operation comes first.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P2</w:t>
      </w:r>
    </w:p>
    <w:p>
      <w:r>
        <w:t>Calculate −42 ÷ (−6), then give a multiplication check. [2]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P3</w:t>
      </w:r>
    </w:p>
    <w:p>
      <w:r>
        <w:t>Name an operation-order error you corrected and a fresh question to retry tomorrow.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r>
        <w:t>Teacher feedback: __________________________</w:t>
        <w:br/>
        <w:t>Fresh question and retry date: __________________________</w:t>
        <w:br/>
        <w:t>Delayed independent evidence: __________________________</w:t>
      </w:r>
    </w:p>
    <w:p>
      <w:r>
        <w:br w:type="page"/>
      </w:r>
    </w:p>
    <w:p>
      <w:pPr>
        <w:pStyle w:val="Heading1"/>
      </w:pPr>
      <w:r>
        <w:t>Prepare for the next lesson</w:t>
      </w:r>
    </w:p>
    <w:p>
      <w:r>
        <w:t>L003: place value, decimals and estimation</w:t>
      </w:r>
    </w:p>
    <w:p>
      <w:pPr>
        <w:pStyle w:val="Heading2"/>
      </w:pPr>
      <w:r>
        <w:t>F1</w:t>
      </w:r>
    </w:p>
    <w:p>
      <w:r>
        <w:t>Tomorrow calculate −4 × (−6) and 24 ÷ 4 × 2. Explain one answer.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2"/>
      </w:pPr>
      <w:r>
        <w:t>F2</w:t>
      </w:r>
    </w:p>
    <w:p>
      <w:r>
        <w:t>Before L003, find 3.7 × 10 and 48 ÷ 100. State the value of 6 in 4.063.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spacing w:after="20" w:line="240" w:lineRule="auto"/>
      </w:pPr>
      <w:r>
        <w:rPr>
          <w:color w:val="9BA4AA"/>
          <w:sz w:val="20"/>
        </w:rPr>
        <w:t>______________________________________________________________________</w:t>
      </w:r>
    </w:p>
    <w:p>
      <w:pPr>
        <w:pStyle w:val="Heading1"/>
      </w:pPr>
      <w:r>
        <w:t>Read and prepare</w:t>
      </w:r>
    </w:p>
    <w:p>
      <w:r>
        <w:t>Each place to the left is ten times the value. For example, 2.47 × 10 = 24.7: the digits take places worth ten times as much. Estimate an answer before using a calculator.</w:t>
      </w:r>
    </w:p>
    <w:p>
      <w:r>
        <w:t>Digital workbook: save locally where available; export a JSON backup before closing or moving the file. Restore only this lesson/version. Printing records answers, not mastery. Live browser checks remain pending; use Word/PDF if required.</w:t>
      </w:r>
    </w:p>
    <w:p>
      <w:r>
        <w:br w:type="page"/>
      </w:r>
    </w:p>
    <w:p>
      <w:pPr>
        <w:pStyle w:val="Heading1"/>
      </w:pPr>
      <w:r>
        <w:t>Optional extension activities</w:t>
      </w:r>
    </w:p>
    <w:p>
      <w:pPr>
        <w:pStyle w:val="Heading2"/>
      </w:pPr>
      <w:r>
        <w:t>Stretch</w:t>
      </w:r>
    </w:p>
    <w:p>
      <w:r>
        <w:t>Calculate 48÷(−6)×(−2)+5, showing equal-priority operations left to right.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pPr>
        <w:pStyle w:val="Heading2"/>
      </w:pPr>
      <w:r>
        <w:t>Deep challenge</w:t>
      </w:r>
    </w:p>
    <w:p>
      <w:r>
        <w:t>Insert brackets in 6+2×5−4 to make 36 and explain your choice.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t>______________________________________________________________________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L002: Multiplication, division and order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Calculate with signed products, quotients and mixed operations; justify the order and check with an inverse.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Calculate 48÷(−6)×(−2)+5, showing equal-priority operations left to right.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Insert brackets in 6+2×5−4 to make 36 and explain your choice.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RFTS-PEARSON-GCSE-MAT-1MA1-NUM-L002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Multiplication and order</dc:title>
  <dc:subject>Multiplication, division and order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