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L002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−21 B1.</w:t>
      </w:r>
    </w:p>
    <w:p>
      <w:pPr>
        <w:pStyle w:val="Heading2"/>
      </w:pPr>
      <w:r>
        <w:t>M2 [1]</w:t>
      </w:r>
    </w:p>
    <w:p>
      <w:r>
        <w:t>4 B1.</w:t>
      </w:r>
    </w:p>
    <w:p>
      <w:pPr>
        <w:pStyle w:val="Heading2"/>
      </w:pPr>
      <w:r>
        <w:t>M3 [1]</w:t>
      </w:r>
    </w:p>
    <w:p>
      <w:r>
        <w:t>8 B1.</w:t>
      </w:r>
    </w:p>
    <w:p>
      <w:pPr>
        <w:pStyle w:val="Heading2"/>
      </w:pPr>
      <w:r>
        <w:t>M4 [2]</w:t>
      </w:r>
    </w:p>
    <w:p>
      <w:r>
        <w:t>M1 for 2 × (−3) = −6; A1 for 10 − (−6) = 16.</w:t>
      </w:r>
    </w:p>
    <w:p>
      <w:pPr>
        <w:pStyle w:val="Heading2"/>
      </w:pPr>
      <w:r>
        <w:t>M5 [3]</w:t>
      </w:r>
    </w:p>
    <w:p>
      <w:r>
        <w:t>10 B1; multiply 3 × 2 first B1; 14 comes from wrongly grouping (4 + 3) × 2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Negative product error: rebuild three groups of −4, then use distribution over a zero pair. Quotient error: write divisor × missing number = dividend. Order error: underline the next operation, write one transformation per line. Reassess with −4 × (−3) = 12, −35 ÷ 7 = −5 and 12 − 2 × 4 = 4.</w:t>
      </w:r>
    </w:p>
    <w:p>
      <w:r>
        <w:t>Use fresh questions after a delay. Record support used and the next independent check; a high immediate score alone is not mastery.</w:t>
      </w:r>
    </w:p>
    <w:p>
      <w:r>
        <w:t>AO1 6 + AO2 2 + AO3 0 = 8 marks. Item AO judgements are local and require teacher review. This targeted set does not reproduce whole-paper weightings.</w:t>
      </w:r>
    </w:p>
    <w:p>
      <w:r>
        <w:t>Selected content: N2 N3.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Multiplication, division and order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