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L002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Calculate (−7) × 3.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Calculate −36 ÷ (−9).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Calculate 24 ÷ 6 × 2.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Calculate 10 − 2 × (−3). Show working.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Mia says 4 + 3 × 2 = 14. Correct her result and explain the error.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Multiplication, division and order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