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L002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Calculate with signed products, quotients and mixed operations; justify the order and check with an inverse.</w:t>
      </w:r>
    </w:p>
    <w:p>
      <w:r>
        <w:t>L001 signed addition/subtraction; whole-number multiplication facts and division; simple squares.</w:t>
      </w:r>
    </w:p>
    <w:p>
      <w:r>
        <w:t>Selected specification content: N2 N3.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a place-value chart or signed-number line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For 18 ÷ 3 × 2, A 3, B 12, C 6. B is correct: 18 ÷ 3 = 6, then × 2. A wrongly groups 3 × 2. C stops early. Recheck with 20 ÷ 5 × 2 = 8.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3 and 3. Use addition of the opposite for the subtraction.</w:t>
      </w:r>
    </w:p>
    <w:p>
      <w:pPr>
        <w:pStyle w:val="Heading2"/>
      </w:pPr>
      <w:r>
        <w:t>R2</w:t>
      </w:r>
    </w:p>
    <w:p>
      <w:r>
        <w:t>24 and 4. Division undoes multiplication.</w:t>
      </w:r>
    </w:p>
    <w:p>
      <w:pPr>
        <w:pStyle w:val="Heading2"/>
      </w:pPr>
      <w:r>
        <w:t>R3</w:t>
      </w:r>
    </w:p>
    <w:p>
      <w:r>
        <w:t>3 × 3 = 9. The exponent 2 means two equal factors, not double.</w:t>
      </w:r>
    </w:p>
    <w:p>
      <w:pPr>
        <w:pStyle w:val="Heading2"/>
      </w:pPr>
      <w:r>
        <w:t>D1</w:t>
      </w:r>
    </w:p>
    <w:p>
      <w:r>
        <w:t>−12. Four groups of −3 have a total of −12.</w:t>
      </w:r>
    </w:p>
    <w:p>
      <w:pPr>
        <w:pStyle w:val="Heading2"/>
      </w:pPr>
      <w:r>
        <w:t>D2</w:t>
      </w:r>
    </w:p>
    <w:p>
      <w:r>
        <w:t>12; 0; 10. Distribution over 4 + (−4) = 0 explains the sign.</w:t>
      </w:r>
    </w:p>
    <w:p>
      <w:pPr>
        <w:pStyle w:val="Heading2"/>
      </w:pPr>
      <w:r>
        <w:t>D3</w:t>
      </w:r>
    </w:p>
    <w:p>
      <w:r>
        <w:t>4; (−6) × 4 = −24. The divisor times the quotient must equal the dividend.</w:t>
      </w:r>
    </w:p>
    <w:p>
      <w:pPr>
        <w:pStyle w:val="Heading2"/>
      </w:pPr>
      <w:r>
        <w:t>D4</w:t>
      </w:r>
    </w:p>
    <w:p>
      <w:r>
        <w:t>−6; 1. Multiply before adding.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12, −12, −12, 12. Changing one factor’s sign changes the product’s sign; changing both restores it.</w:t>
      </w:r>
    </w:p>
    <w:p>
      <w:pPr>
        <w:pStyle w:val="Heading2"/>
      </w:pPr>
      <w:r>
        <w:t>A2</w:t>
      </w:r>
    </w:p>
    <w:p>
      <w:r>
        <w:t>12; 3; 15. Use left-to-right order at equal priority; brackets change grouping.</w:t>
      </w:r>
    </w:p>
    <w:p>
      <w:pPr>
        <w:pStyle w:val="Heading2"/>
      </w:pPr>
      <w:r>
        <w:t>A3</w:t>
      </w:r>
    </w:p>
    <w:p>
      <w:r>
        <w:t>−7 + 3 × 4 − 9 = −4, so −£4. Payments are positive changes. Check −4 + 9 − 12 = −7.</w:t>
      </w:r>
    </w:p>
    <w:p>
      <w:pPr>
        <w:pStyle w:val="Heading2"/>
      </w:pPr>
      <w:r>
        <w:t>C1</w:t>
      </w:r>
    </w:p>
    <w:p>
      <w:r>
        <w:t>−5 and 6. The claim works for a product of two negative numbers, not every operation. State the operation before using a sign rule.</w:t>
      </w:r>
    </w:p>
    <w:p>
      <w:pPr>
        <w:pStyle w:val="Heading2"/>
      </w:pPr>
      <w:r>
        <w:t>C2</w:t>
      </w:r>
    </w:p>
    <w:p>
      <w:r>
        <w:t>9 and −9. (−3)² = (−3) × (−3); −3² means −(3 × 3). A power acts on its base; brackets show that the negative sign belongs to the base.</w:t>
      </w:r>
    </w:p>
    <w:p>
      <w:r>
        <w:t>Calculator guidance: Optional check only: estimate the sign, then enter (−18) ÷ (−3) + 2 × 4 using brackets and the negative-number key. Expect 14. Calculator models differ; demonstrate your own.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−6. M1 for 3 × (−4) = −12; A1 for 6 − 12 = −6. Teacher review; method must be shown.</w:t>
      </w:r>
    </w:p>
    <w:p>
      <w:pPr>
        <w:pStyle w:val="Heading2"/>
      </w:pPr>
      <w:r>
        <w:t>P2</w:t>
      </w:r>
    </w:p>
    <w:p>
      <w:r>
        <w:t>7 B1; (−6) × 7 = −42 B1. Teacher reviews the check separately.</w:t>
      </w:r>
    </w:p>
    <w:p>
      <w:pPr>
        <w:pStyle w:val="Heading2"/>
      </w:pPr>
      <w:r>
        <w:t>P3</w:t>
      </w:r>
    </w:p>
    <w:p>
      <w:r>
        <w:t>Individual reflection. No marks; completion is not mastery.</w:t>
      </w:r>
    </w:p>
    <w:p>
      <w:pPr>
        <w:pStyle w:val="Heading2"/>
      </w:pPr>
      <w:r>
        <w:t>F1</w:t>
      </w:r>
    </w:p>
    <w:p>
      <w:r>
        <w:t>24; 12. Retrieve again in one week.</w:t>
      </w:r>
    </w:p>
    <w:p>
      <w:pPr>
        <w:pStyle w:val="Heading2"/>
      </w:pPr>
      <w:r>
        <w:t>F2</w:t>
      </w:r>
    </w:p>
    <w:p>
      <w:r>
        <w:t>37; 0.48; 0.06 (six hundredths). Bring one place-value question.</w:t>
      </w:r>
    </w:p>
    <w:p>
      <w:r>
        <w:t>Retrieval answers: -20, 18, -4, 8, 11, 14.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Negative product error: rebuild three groups of −4, then use distribution over a zero pair. Quotient error: write divisor × missing number = dividend. Order error: underline the next operation, write one transformation per line. Reassess with −4 × (−3) = 12, −35 ÷ 7 = −5 and 12 − 2 × 4 = 4.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Calculate 48÷(−6)×(−2)+5, showing equal-priority operations left to right.</w:t>
      </w:r>
    </w:p>
    <w:p>
      <w:r>
        <w:t>Answer and reasoning: −8×−2+5=21.</w:t>
      </w:r>
    </w:p>
    <w:p>
      <w:pPr>
        <w:pStyle w:val="Heading2"/>
      </w:pPr>
      <w:r>
        <w:t>Deep challenge</w:t>
      </w:r>
    </w:p>
    <w:p>
      <w:r>
        <w:t>Insert brackets in 6+2×5−4 to make 36 and explain your choice.</w:t>
      </w:r>
    </w:p>
    <w:p>
      <w:r>
        <w:t>Answer and reasoning: (6+2)×5−4=36.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L002: Multiplication, division and order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with signed products, quotients and mixed operations; justify the order and check with an inverse.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Calculate 48÷(−6)×(−2)+5, showing equal-priority operations left to right.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Insert brackets in 6+2×5−4 to make 36 and explain your choice.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Multiplication, division and order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