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Place value, decimals and estimation · Optional extension</w:t>
      </w:r>
    </w:p>
    <w:p>
      <w:r>
        <w:t>Pearson Edexcel GCSE Mathematics 1MA1 · L003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Round 0.004976 to two significant figures and estimate 397×0.049.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number rounds to 3.50 to two decimal places. Give its interval and explain the excluded endpoint.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