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L003</w:t>
        <w:br/>
        <w:t>19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PLACE VALUE AND ESTIMATION   1 min   Recall</w:t>
      </w:r>
    </w:p>
    <w:p>
      <w:r>
        <w:t>Use place value to scale and compare decimals, round to stated accuracy, and judge whether a calculation is reasonable.</w:t>
      </w:r>
    </w:p>
    <w:p>
      <w:pPr>
        <w:pStyle w:val="Heading2"/>
      </w:pPr>
      <w:r>
        <w:t>02   The goal and the evidence   1 min   Recall</w:t>
      </w:r>
    </w:p>
    <w:p>
      <w:r>
        <w:t>L001 ordering; L002 four operations and order; whole-number place value.</w:t>
      </w:r>
    </w:p>
    <w:p>
      <w:pPr>
        <w:pStyle w:val="Heading2"/>
      </w:pPr>
      <w:r>
        <w:t>03   Starting-point diagnostic   4 min   Recall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p>
      <w:pPr>
        <w:pStyle w:val="Heading2"/>
      </w:pPr>
      <w:r>
        <w:t>04   Digits have place value   6 min   Discover</w:t>
      </w:r>
    </w:p>
    <w:p>
      <w:r>
        <w:t>2 + 0.5 + 0.007; 0.5. The 5 is in the tenths place.</w:t>
      </w:r>
    </w:p>
    <w:p>
      <w:pPr>
        <w:pStyle w:val="Heading2"/>
      </w:pPr>
      <w:r>
        <w:t>05   Scaling changes digit values   3 min   Discover</w:t>
      </w:r>
    </w:p>
    <w:p>
      <w:r>
        <w:t>30.6; 0.0306. Each digit moves into a place worth ten times as much, or one hundredth as much.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Rounding to decimal places   4 min   Discover</w:t>
      </w:r>
    </w:p>
    <w:p>
      <w:r>
        <w:t>6.29. The next digit is 6, so increase the hundredths digit.</w:t>
      </w:r>
    </w:p>
    <w:p>
      <w:pPr>
        <w:pStyle w:val="Heading2"/>
      </w:pPr>
      <w:r>
        <w:t>07   Counting significant figures   3 min   Discover</w:t>
      </w:r>
    </w:p>
    <w:p>
      <w:r>
        <w:t>0.0073. The first two significant digits are 7 and 3; the next digit is 4.</w:t>
      </w:r>
    </w:p>
    <w:p>
      <w:pPr>
        <w:pStyle w:val="Heading2"/>
      </w:pPr>
      <w:r>
        <w:t>08   ROUND ONCE, AT THE END   3 min   Discover</w:t>
      </w:r>
    </w:p>
    <w:p>
      <w:r>
        <w:t>For rounding, identify the retained place and inspect the next digit. At 5 or above, increase the retained digit; otherwise keep it. Carry where needed. For significant figures, begin at the first non-zero digit. Estimate by replacing awkward numbers with convenient approximations, then compare the scale and units of the result.</w:t>
      </w:r>
    </w:p>
    <w:p>
      <w:pPr>
        <w:pStyle w:val="Heading2"/>
      </w:pPr>
      <w:r>
        <w:t>09   Diagnostic pause   3 min   Apply</w:t>
      </w:r>
    </w:p>
    <w:p>
      <w:r>
        <w:t>Which is 5.078 to 2 decimal places? A 5.07, B 5.08, C 5.1. B: retain hundredths, inspect 8. A truncates; C rounds to one decimal place. Recheck 3.146 to 2 d.p. = 3.15.</w:t>
      </w:r>
    </w:p>
    <w:p>
      <w:pPr>
        <w:pStyle w:val="Heading2"/>
      </w:pPr>
      <w:r>
        <w:t>10   Careful variation   4 min   Apply</w:t>
      </w:r>
    </w:p>
    <w:p>
      <w:r>
        <w:t>5.2; 52; 0.052; 0.0052. Compare how the same digits change value.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4 min   Apply</w:t>
      </w:r>
    </w:p>
    <w:p>
      <w:r>
        <w:t>9.98; 0.0068; 4.70. The final zero in 4.70 communicates requested accuracy, although 4.7 is the same value.</w:t>
      </w:r>
    </w:p>
    <w:p>
      <w:pPr>
        <w:pStyle w:val="Heading2"/>
      </w:pPr>
      <w:r>
        <w:t>12   Use the method in context   3 min   Apply</w:t>
      </w:r>
    </w:p>
    <w:p>
      <w:r>
        <w:t>20 × 5 = 100; exact 97.02. No: 970.2 is about ten times the estimate. An estimate checks scale; it does not prove every digit correct.</w:t>
      </w:r>
    </w:p>
    <w:p>
      <w:pPr>
        <w:pStyle w:val="Heading2"/>
      </w:pPr>
      <w:r>
        <w:t>13   Intentional practice feedback   3 min   Apply</w:t>
      </w:r>
    </w:p>
    <w:p>
      <w:r>
        <w:t>After estimating A3, enter 19.8 × 4.9. Expect 97.02. Compare with 20 × 5 = 100. Read the whole display; do not round intermediate values in a multi-step calculation unless instructed.</w:t>
      </w:r>
    </w:p>
    <w:p>
      <w:pPr>
        <w:pStyle w:val="Heading2"/>
      </w:pPr>
      <w:r>
        <w:t>14   A claim to test   3 min   Challenge</w:t>
      </w:r>
    </w:p>
    <w:p>
      <w:r>
        <w:t>Direct: 2.4. In stages: 2.45 then 2.5. The intermediate rounding changes the final result. Keep original values until the requested rounding step.</w:t>
      </w:r>
    </w:p>
    <w:p>
      <w:pPr>
        <w:pStyle w:val="Heading2"/>
      </w:pPr>
      <w:r>
        <w:t>15   Deepen the reasoning   3 min   Challenge</w:t>
      </w:r>
    </w:p>
    <w:p>
      <w:r>
        <w:t>2.0 m = 200 cm; 196 cm to the nearest 10 cm is also 200 cm. The rounding units match because 0.1 m = 10 cm.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38, 0.52, 0.07, 8.48, 0.0068, 90. Score is retrieval evidence, not mastery.</w:t>
      </w:r>
    </w:p>
    <w:p>
      <w:pPr>
        <w:pStyle w:val="Heading2"/>
      </w:pPr>
      <w:r>
        <w:t>17   Independent exit evidence   5 min   Prove</w:t>
      </w:r>
    </w:p>
    <w:p>
      <w:r>
        <w:t>7.39 B1; decision digit 6 in the thousandths place B1. 40 × 2 = 80 B1; 831.6 is about ten times too large, so unreasonable B1.</w:t>
      </w:r>
    </w:p>
    <w:p>
      <w:pPr>
        <w:pStyle w:val="Heading2"/>
      </w:pPr>
      <w:r>
        <w:t>18   Feedback and next steps   2 min   Prove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p>
      <w:pPr>
        <w:pStyle w:val="Heading2"/>
      </w:pPr>
      <w:r>
        <w:t>19   Before the next lesson   1 min   Recall</w:t>
      </w:r>
    </w:p>
    <w:p>
      <w:r>
        <w:t>A useful check must test the original calculation. An inverse check undoes an operation; an estimate checks size. For 18.9 × 3.1, 20 × 3 = 60 suggests an answer near 60, not 6 or 600.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L003: Place value, decimals and estimation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place value to scale and compare decimals, round to stated accuracy, and judge whether a calculation is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Round 0.004976 to two significant figures and estimate 397×0.049.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number rounds to 3.50 to two decimal places. Give its interval and explain the excluded endpoint.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