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L003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6.04 × 100 (b) 8.2 ÷ 100.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ribbon is 2.46 m long. Round its length to the nearest 0.1 m and express your rounded answer in cm.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rounding 3.449 to 2 decimal places and then to 1 gives a different answer from rounding directly to 1 decimal place.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Without a calculator, estimate 59.6 × 0.21 using 1 significant figure for each factor. A student reports 125.16. Use your estimate to assess this answer.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