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FLIPPED LEARNING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Preparation for the next lesson</w:t>
      </w:r>
    </w:p>
    <w:p>
      <w:r>
        <w:t>Pearson Edexcel GCSE Mathematics 1MA1 • L003</w:t>
        <w:br/>
        <w:t>10 minutes • Lesson resources</w:t>
      </w:r>
    </w:p>
    <w:p>
      <w:r>
        <w:t>REACH FOR THE STAR  |  GCSE MATHEMATICS</w:t>
      </w:r>
    </w:p>
    <w:p>
      <w:r>
        <w:t>L004: number diagnostic and repair</w:t>
      </w:r>
    </w:p>
    <w:p>
      <w:pPr>
        <w:pStyle w:val="Heading2"/>
      </w:pPr>
      <w:r>
        <w:t>F1</w:t>
      </w:r>
    </w:p>
    <w:p>
      <w:r>
        <w:t>Tomorrow find 0.63 × 100 and round 5.278 to 2 decimal places.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L004, estimate 18.9 × 3.1. Explain what an estimate can and cannot check.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before the next lesson</w:t>
      </w:r>
    </w:p>
    <w:p>
      <w:r>
        <w:t>A useful check must test the original calculation. An inverse check undoes an operation; an estimate checks size. For 18.9 × 3.1, 20 × 3 = 60 suggests an answer near 60, not 6 or 600.</w:t>
      </w:r>
    </w:p>
    <w:p>
      <w:r>
        <w:t>Bring your methods and one question. Retry F1 in one week.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RFTS-PEARSON-GCSE-MAT-1MA1-NUM-L003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Preparation for the next lesson</dc:title>
  <dc:subject>Place value, decimals and estimation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