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Place value and estimation</w:t>
      </w:r>
    </w:p>
    <w:p>
      <w:r>
        <w:t>Pearson Edexcel GCSE Mathematics 1MA1 • L003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Use place value to scale and compare decimals, round to stated accuracy, and judge whether a calculation is reasonable.</w:t>
      </w:r>
    </w:p>
    <w:p>
      <w:pPr>
        <w:pStyle w:val="Heading1"/>
      </w:pPr>
      <w:r>
        <w:t>Vocabulary</w:t>
      </w:r>
    </w:p>
    <w:p>
      <w:r>
        <w:t>Decimal place: position after the decimal point. Significant figure: a digit counted from the first non-zero digit. Estimate: an approximate calculation. Approximately equal: ≈. Placeholder zero: a zero that preserves position or stated accuracy.</w:t>
      </w:r>
    </w:p>
    <w:p>
      <w:pPr>
        <w:pStyle w:val="Heading1"/>
      </w:pPr>
      <w:r>
        <w:t>Why the method works</w:t>
      </w:r>
    </w:p>
    <w:p>
      <w:r>
        <w:t>In 4.063, the digits represent 4 ones, 0 tenths, 6 hundredths and 3 thousandths. Multiplying by ten makes each digit’s value ten times as large; the decimal point marks the boundary between ones and tenths. Pad decimals with trailing zeros to compare equal places: 0.6 = 0.60 &gt; 0.56.</w:t>
      </w:r>
    </w:p>
    <w:p>
      <w:pPr>
        <w:pStyle w:val="Heading1"/>
      </w:pPr>
      <w:r>
        <w:t>Method and checking</w:t>
      </w:r>
    </w:p>
    <w:p>
      <w:r>
        <w:t>For rounding, identify the retained place and inspect the next digit. At 5 or above, increase the retained digit; otherwise keep it. Carry where needed. For significant figures, begin at the first non-zero digit. Estimate by replacing awkward numbers with convenient approximations, then compare the scale and units of the result.</w:t>
      </w:r>
    </w:p>
    <w:p>
      <w:pPr>
        <w:pStyle w:val="Heading1"/>
      </w:pPr>
      <w:r>
        <w:t>Common errors and next attempt</w:t>
      </w:r>
    </w:p>
    <w:p>
      <w:r>
        <w:t>Scaling error: label a place-value chart and track each digit, rather than counting arbitrary zeros. Comparison error: pad trailing zeros. Rounding error: mark the retained place and decision digit. Estimate error: write the rounded expression before calculating. Recheck 0.47 × 100 = 47; 0.6 &gt; 0.58; 8.476 to 2 d.p. = 8.48; 39.6 ÷ 0.81 ≈ 40 ÷ 0.8 = 50.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value and estimation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