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Place value and estimation</w:t>
      </w:r>
    </w:p>
    <w:p>
      <w:r>
        <w:t>Pearson Edexcel GCSE Mathematics 1MA1 • L003</w:t>
        <w:br/>
        <w:t>Foundation and Higher • 60 minutes • Lesson resources</w:t>
      </w:r>
    </w:p>
    <w:p>
      <w:r>
        <w:t>REACH FOR THE STAR  |  GCSE MATHEMATICS</w:t>
      </w:r>
    </w:p>
    <w:p>
      <w:r>
        <w:t>Use place value to scale and compare decimals, round to stated accuracy, and judge whether a calculation is reasonable.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Decimal place: position after the decimal point. Significant figure: a digit counted from the first non-zero digit. Estimate: an approximate calculation. Approximately equal: ≈. Placeholder zero: a zero that preserves position or stated accuracy.</w:t>
      </w:r>
    </w:p>
    <w:p>
      <w:pPr>
        <w:pStyle w:val="Heading2"/>
      </w:pPr>
      <w:r>
        <w:t>R1</w:t>
      </w:r>
    </w:p>
    <w:p>
      <w:r>
        <w:t>Calculate −8 − (−3) and 18 ÷ 3 × 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What is the value of 7 in 5,072? Write 300 + 40 + 6 as one number.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Which is greater: 0.6 or 0.56? Explain without a calculator.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In 4.063, the digits represent 4 ones, 0 tenths, 6 hundredths and 3 thousandths. Multiplying by ten makes each digit’s value ten times as large; the decimal point marks the boundar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In 4.063, the digits represent 4 ones, 0 tenths, 6 hundredths and 3 thousandths. Multiplying by ten makes each digit’s value ten times as large; the decimal point marks the boundary between ones and tenths. Pad decimals with trailing zeros to compare equal places: 0.6 = 0.60 &gt; 0.56.</w:t>
      </w:r>
    </w:p>
    <w:p>
      <w:pPr>
        <w:pStyle w:val="Heading2"/>
      </w:pPr>
      <w:r>
        <w:t>D1</w:t>
      </w:r>
    </w:p>
    <w:p>
      <w:r>
        <w:t>Worked example: 4.063 = 4 + 0.06 + 0.003. Write 2.507 in expanded form and state the value of 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Worked example: 0.47 × 100 = 47. Complete 3.06 × 10 = __ and 3.06 ÷ 100 = __.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Worked example: 6.284 to 2 decimal places is 6.28. Round 6.286 to 2 decimal places. Explain the changed decision.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Worked example: 0.004762 to 2 significant figures is 0.0048. Round 0.007341 to 2 significant figures.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For rounding, identify the retained place and inspect the next digit. At 5 or above, increase the retained digit; otherwise keep it. Carry where needed. For significant figures, begin at the first non-zero digit. Estimate by replacing awkward numbers with convenient approximations, then compare the scale and units of the result.</w:t>
      </w:r>
    </w:p>
    <w:p>
      <w:pPr>
        <w:pStyle w:val="Heading2"/>
      </w:pPr>
      <w:r>
        <w:t>A1</w:t>
      </w:r>
    </w:p>
    <w:p>
      <w:r>
        <w:t>Calculate (a) 0.52 × 10 (b) 0.52 × 100 (c) 0.52 ÷ 10 (d) 0.52 ÷ 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Round (a) 9.976 to 2 decimal places (b) 0.00684 to 2 significant figures (c) 4.7 to 2 decimal places.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Estimate 19.8 × 4.9 by rounding each factor to 1 significant figure. Then calculate exactly. Would 970.2 be reasonable?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Use a place-value chart, then cover it.</w:t>
      </w:r>
    </w:p>
    <w:p>
      <w:r>
        <w:t>After estimating A3, enter 19.8 × 4.9. Expect 97.02. Compare with 20 × 5 = 100. Read the whole display; do not round intermediate values in a multi-step calculation unless instructed.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Round 2.449 directly to 1 decimal place. Compare with rounding to 2 decimal places first, then to 1. Explain why you should round once at the end.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length is 1.96 m. Round it to the nearest 0.1 m, then express that rounded value in cm. Compare with rounding 196 cm to the nearest 10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5.2; 52; 0.052; 0.0052.</w:t>
      </w:r>
    </w:p>
    <w:p>
      <w:r>
        <w:t>A2: 9.98; 0.0068; 4.70.</w:t>
      </w:r>
    </w:p>
    <w:p>
      <w:r>
        <w:t>A3: 20 × 5 = 100; exact 97.02. No: 970.2 is about ten times the estimate.</w:t>
      </w:r>
    </w:p>
    <w:p>
      <w:r>
        <w:t>C1: Direct: 2.4. In stages: 2.45 then 2.5. The intermediate rounding changes the final result.</w:t>
      </w:r>
    </w:p>
    <w:p>
      <w:r>
        <w:t>C2: 2.0 m = 200 cm; 196 cm to the nearest 10 cm is also 200 cm.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0.38 × 100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52 ÷ 100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Value of 7 in 3.074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8.476 rounded to 2 decimal places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0.00684 rounded to 2 significant figures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Estimate 29.7 × 3.2: use 1 significant figure per factor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38; Q2 0.52; Q3 0.07; Q4 8.48; Q5 0.0068; Q6 90.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Round 7.386 to 2 decimal places. Identify the decision digit.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Estimate 39.6 × 2.1 using 1 significant figure for each factor. A display says 831.6. Explain whether it is reasonable.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Record one place-value or rounding error, your correction and a fresh check for tomorrow.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L004: number diagnostic and repair</w:t>
      </w:r>
    </w:p>
    <w:p>
      <w:pPr>
        <w:pStyle w:val="Heading2"/>
      </w:pPr>
      <w:r>
        <w:t>F1</w:t>
      </w:r>
    </w:p>
    <w:p>
      <w:r>
        <w:t>Tomorrow find 0.63 × 100 and round 5.278 to 2 decimal places.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L004, estimate 18.9 × 3.1. Explain what an estimate can and cannot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useful check must test the original calculation. An inverse check undoes an operation; an estimate checks size. For 18.9 × 3.1, 20 × 3 = 60 suggests an answer near 60, not 6 or 600.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Round 0.004976 to two significant figures and estimate 397×0.049.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number rounds to 3.50 to two decimal places. Give its interval and explain the excluded endpoint.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L003: Place value, decimals and estimation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place value to scale and compare decimals, round to stated accuracy, and judge whether a calculation is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Round 0.004976 to two significant figures and estimate 397×0.049.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number rounds to 3.50 to two decimal places. Give its interval and explain the excluded endpoint.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value and estimation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