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L003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Calculate 0.62 × 100.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Calculate 47 ÷ 1000.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Round 5.786 to 2 decimal places.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Round 0.009746 to 2 significant figures and identify the decision digit.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Estimate 48.7 ÷ 0.98 using 1 significant figure for each number. A student gets 497. Explain the problem.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Place value, decimals and estimation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