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L003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place value to scale and compare decimals, round to stated accuracy, and judge whether a calculation is reasonable.</w:t>
      </w:r>
    </w:p>
    <w:p>
      <w:r>
        <w:t>L001 ordering; L002 four operations and order; whole-number place value.</w:t>
      </w:r>
    </w:p>
    <w:p>
      <w:r>
        <w:t>Selected specification content: N2 N13 N14 N15.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a place-value chart or signed-number line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Which is 5.078 to 2 decimal places? A 5.07, B 5.08, C 5.1. B: retain hundredths, inspect 8. A truncates; C rounds to one decimal place. Recheck 3.146 to 2 d.p. = 3.15.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−5 and 12. Keep signs and operation order separate.</w:t>
      </w:r>
    </w:p>
    <w:p>
      <w:pPr>
        <w:pStyle w:val="Heading2"/>
      </w:pPr>
      <w:r>
        <w:t>R2</w:t>
      </w:r>
    </w:p>
    <w:p>
      <w:r>
        <w:t>70; 346. Place determines value.</w:t>
      </w:r>
    </w:p>
    <w:p>
      <w:pPr>
        <w:pStyle w:val="Heading2"/>
      </w:pPr>
      <w:r>
        <w:t>R3</w:t>
      </w:r>
    </w:p>
    <w:p>
      <w:r>
        <w:t>0.6, because 0.60 &gt; 0.56. Compare tenths first; digit count is not value.</w:t>
      </w:r>
    </w:p>
    <w:p>
      <w:pPr>
        <w:pStyle w:val="Heading2"/>
      </w:pPr>
      <w:r>
        <w:t>D1</w:t>
      </w:r>
    </w:p>
    <w:p>
      <w:r>
        <w:t>2 + 0.5 + 0.007; 0.5. The 5 is in the tenths place.</w:t>
      </w:r>
    </w:p>
    <w:p>
      <w:pPr>
        <w:pStyle w:val="Heading2"/>
      </w:pPr>
      <w:r>
        <w:t>D2</w:t>
      </w:r>
    </w:p>
    <w:p>
      <w:r>
        <w:t>30.6; 0.0306. Each digit moves into a place worth ten times as much, or one hundredth as much.</w:t>
      </w:r>
    </w:p>
    <w:p>
      <w:pPr>
        <w:pStyle w:val="Heading2"/>
      </w:pPr>
      <w:r>
        <w:t>D3</w:t>
      </w:r>
    </w:p>
    <w:p>
      <w:r>
        <w:t>6.29. The next digit is 6, so increase the hundredths digit.</w:t>
      </w:r>
    </w:p>
    <w:p>
      <w:pPr>
        <w:pStyle w:val="Heading2"/>
      </w:pPr>
      <w:r>
        <w:t>D4</w:t>
      </w:r>
    </w:p>
    <w:p>
      <w:r>
        <w:t>0.0073. The first two significant digits are 7 and 3; the next digit is 4.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5.2; 52; 0.052; 0.0052. Compare how the same digits change value.</w:t>
      </w:r>
    </w:p>
    <w:p>
      <w:pPr>
        <w:pStyle w:val="Heading2"/>
      </w:pPr>
      <w:r>
        <w:t>A2</w:t>
      </w:r>
    </w:p>
    <w:p>
      <w:r>
        <w:t>9.98; 0.0068; 4.70. The final zero in 4.70 communicates requested accuracy, although 4.7 is the same value.</w:t>
      </w:r>
    </w:p>
    <w:p>
      <w:pPr>
        <w:pStyle w:val="Heading2"/>
      </w:pPr>
      <w:r>
        <w:t>A3</w:t>
      </w:r>
    </w:p>
    <w:p>
      <w:r>
        <w:t>20 × 5 = 100; exact 97.02. No: 970.2 is about ten times the estimate. An estimate checks scale; it does not prove every digit correct.</w:t>
      </w:r>
    </w:p>
    <w:p>
      <w:pPr>
        <w:pStyle w:val="Heading2"/>
      </w:pPr>
      <w:r>
        <w:t>C1</w:t>
      </w:r>
    </w:p>
    <w:p>
      <w:r>
        <w:t>Direct: 2.4. In stages: 2.45 then 2.5. The intermediate rounding changes the final result. Keep original values until the requested rounding step.</w:t>
      </w:r>
    </w:p>
    <w:p>
      <w:pPr>
        <w:pStyle w:val="Heading2"/>
      </w:pPr>
      <w:r>
        <w:t>C2</w:t>
      </w:r>
    </w:p>
    <w:p>
      <w:r>
        <w:t>2.0 m = 200 cm; 196 cm to the nearest 10 cm is also 200 cm. The rounding units match because 0.1 m = 10 cm.</w:t>
      </w:r>
    </w:p>
    <w:p>
      <w:r>
        <w:t>Calculator guidance: After estimating A3, enter 19.8 × 4.9. Expect 97.02. Compare with 20 × 5 = 100. Read the whole display; do not round intermediate values in a multi-step calculation unless instructed.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7.39 B1; decision digit 6 in the thousandths place B1. Teacher reviews the stated accuracy.</w:t>
      </w:r>
    </w:p>
    <w:p>
      <w:pPr>
        <w:pStyle w:val="Heading2"/>
      </w:pPr>
      <w:r>
        <w:t>P2</w:t>
      </w:r>
    </w:p>
    <w:p>
      <w:r>
        <w:t>40 × 2 = 80 B1; 831.6 is about ten times too large, so unreasonable B1. An estimate supports a judgement, not an exact solution.</w:t>
      </w:r>
    </w:p>
    <w:p>
      <w:pPr>
        <w:pStyle w:val="Heading2"/>
      </w:pPr>
      <w:r>
        <w:t>P3</w:t>
      </w:r>
    </w:p>
    <w:p>
      <w:r>
        <w:t>Individual reflection. No marks; completion is not mastery.</w:t>
      </w:r>
    </w:p>
    <w:p>
      <w:pPr>
        <w:pStyle w:val="Heading2"/>
      </w:pPr>
      <w:r>
        <w:t>F1</w:t>
      </w:r>
    </w:p>
    <w:p>
      <w:r>
        <w:t>63; 5.28. Retrieve again in one week.</w:t>
      </w:r>
    </w:p>
    <w:p>
      <w:pPr>
        <w:pStyle w:val="Heading2"/>
      </w:pPr>
      <w:r>
        <w:t>F2</w:t>
      </w:r>
    </w:p>
    <w:p>
      <w:r>
        <w:t>About 60; it checks scale but cannot verify every digit. Prepare to choose a check that matches an error.</w:t>
      </w:r>
    </w:p>
    <w:p>
      <w:r>
        <w:t>Retrieval answers: 38, 0.52, 0.07, 8.48, 0.0068, 90.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Round 0.004976 to two significant figures and estimate 397×0.049.</w:t>
      </w:r>
    </w:p>
    <w:p>
      <w:r>
        <w:t>Answer and reasoning: 0.0050; estimate 400×0.05=20.</w:t>
      </w:r>
    </w:p>
    <w:p>
      <w:pPr>
        <w:pStyle w:val="Heading2"/>
      </w:pPr>
      <w:r>
        <w:t>Deep challenge</w:t>
      </w:r>
    </w:p>
    <w:p>
      <w:r>
        <w:t>A number rounds to 3.50 to two decimal places. Give its interval and explain the excluded endpoint.</w:t>
      </w:r>
    </w:p>
    <w:p>
      <w:r>
        <w:t>Answer and reasoning: 3.495≤x&lt;3.505; 3.505 rounds to 3.51.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L003: Place value, decimals and estimation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place value to scale and compare decimals, round to stated accuracy, and judge whether a calculation is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Round 0.004976 to two significant figures and estimate 397×0.049.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number rounds to 3.50 to two decimal places. Give its interval and explain the excluded endpoint.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