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L004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NUMBER DIAGNOSTIC AND REPAIR   1 min   Recall</w:t>
      </w:r>
    </w:p>
    <w:p>
      <w:r>
        <w:t>Diagnose a number error, repair the method, and choose an independent check that tests the original calculation.</w:t>
      </w:r>
    </w:p>
    <w:p>
      <w:pPr>
        <w:pStyle w:val="Heading2"/>
      </w:pPr>
      <w:r>
        <w:t>02   The goal and the evidence   1 min   Recall</w:t>
      </w:r>
    </w:p>
    <w:p>
      <w:r>
        <w:t>L001–L003 signed operations, operation order, place value, rounding and estimation. Wider prerequisite screening is ungraded.</w:t>
      </w:r>
    </w:p>
    <w:p>
      <w:pPr>
        <w:pStyle w:val="Heading2"/>
      </w:pPr>
      <w:r>
        <w:t>03   Starting-point diagnostic   4 min   Recall</w:t>
      </w:r>
    </w:p>
    <w:p>
      <w:r>
        <w:t>Use R1–R3 to select one priority: R1 signed operations → inverse frame; R2 order → annotate first operation; R3 scale → place-value chart. D1–D3 teach the repairs, then A1–A3 remove prompts. M1–M5 after a delay diagnose retention. Do not set entry tier from this short check. Wider screen findings lead to prerequisite support before the relevant later unit.</w:t>
      </w:r>
    </w:p>
    <w:p>
      <w:pPr>
        <w:pStyle w:val="Heading2"/>
      </w:pPr>
      <w:r>
        <w:t>04   Wider prerequisite screen   4 min   Recall</w:t>
      </w:r>
    </w:p>
    <w:p>
      <w:r>
        <w:t>B1 7; B2 15 cm²; B3 5. Not taught-content assessment or a grade. Record prerequisite needs.</w:t>
      </w:r>
    </w:p>
    <w:p>
      <w:pPr>
        <w:pStyle w:val="Heading2"/>
      </w:pPr>
      <w:r>
        <w:t>05   Repair the first wrong decision   4 min   Discover</w:t>
      </w:r>
    </w:p>
    <w:p>
      <w:r>
        <w:t>−5; inverse check −5 + (−3) = −8. The original error treats subtraction as adding the same signed number.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Repair operation order   3 min   Discover</w:t>
      </w:r>
    </w:p>
    <w:p>
      <w:r>
        <w:t>−8; 1. The first error was adding 6 and 2 before multiplying.</w:t>
      </w:r>
    </w:p>
    <w:p>
      <w:pPr>
        <w:pStyle w:val="Heading2"/>
      </w:pPr>
      <w:r>
        <w:t>07   Repair a scale error   4 min   Discover</w:t>
      </w:r>
    </w:p>
    <w:p>
      <w:r>
        <w:t>The number was made ten times smaller instead of one hundred times larger. Correct original: 36. Fresh answer: 72. Track each digit’s place value.</w:t>
      </w:r>
    </w:p>
    <w:p>
      <w:pPr>
        <w:pStyle w:val="Heading2"/>
      </w:pPr>
      <w:r>
        <w:t>08   Choose an independent check   3 min   Discover</w:t>
      </w:r>
    </w:p>
    <w:p>
      <w:r>
        <w:t>No. It supports the scale; an exact calculation or inverse check is still needed. Different nearby values can all be reasonable.</w:t>
      </w:r>
    </w:p>
    <w:p>
      <w:pPr>
        <w:pStyle w:val="Heading2"/>
      </w:pPr>
      <w:r>
        <w:t>09   REPAIR, THEN TEST AGAIN   3 min   Discover</w:t>
      </w:r>
    </w:p>
    <w:p>
      <w:r>
        <w:t>Keep the original calculation visible. Repeating the same incorrect method is not an independent check. A useful repair names the decision that went wrong and succeeds on a fresh question with the support removed.</w:t>
      </w:r>
    </w:p>
    <w:p>
      <w:pPr>
        <w:pStyle w:val="Heading2"/>
      </w:pPr>
      <w:r>
        <w:t>10   Diagnostic pause   3 min   Apply</w:t>
      </w:r>
    </w:p>
    <w:p>
      <w:r>
        <w:t>Which best checks −6 − (−4) = −2? A −2 + (−4) = −6; B −6 − (−4) again; C −2 + 4 = 2. A restores the starting value. B may repeat an error; C adds the wrong signed number.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3 min   Apply</w:t>
      </w:r>
    </w:p>
    <w:p>
      <w:r>
        <w:t>−3, checked by −3 + (−6) = −9; 4, checked by (−8) × 4 = −32. Use the original signed number in the inverse check.</w:t>
      </w:r>
    </w:p>
    <w:p>
      <w:pPr>
        <w:pStyle w:val="Heading2"/>
      </w:pPr>
      <w:r>
        <w:t>12   Independent application   3 min   Apply</w:t>
      </w:r>
    </w:p>
    <w:p>
      <w:r>
        <w:t>18; −7. First steps 24 ÷ 4 = 6 and 2 × (−6) = −12. Remove the operation-order prompt once the first step is secure.</w:t>
      </w:r>
    </w:p>
    <w:p>
      <w:pPr>
        <w:pStyle w:val="Heading2"/>
      </w:pPr>
      <w:r>
        <w:t>13   Use the method in context   3 min   Apply</w:t>
      </w:r>
    </w:p>
    <w:p>
      <w:r>
        <w:t>84; 7.39; 80. Track value, mark the decision digit, then estimate separately.</w:t>
      </w:r>
    </w:p>
    <w:p>
      <w:pPr>
        <w:pStyle w:val="Heading2"/>
      </w:pPr>
      <w:r>
        <w:t>14   Intentional practice feedback   3 min   Apply</w:t>
      </w:r>
    </w:p>
    <w:p>
      <w:r>
        <w:t>Core work is non-calculator. After A3, a calculator may confirm 19.7 × 4.2 = 82.74. Estimate first: 20 × 4 = 80. A display can confirm arithmetic, but does not explain an error or prove understanding.</w:t>
      </w:r>
    </w:p>
    <w:p>
      <w:pPr>
        <w:pStyle w:val="Heading2"/>
      </w:pPr>
      <w:r>
        <w:t>15   A claim to test   3 min   Challenge</w:t>
      </w:r>
    </w:p>
    <w:p>
      <w:r>
        <w:t>No. Repeating 2 + 3 × 4 as (2 + 3) × 4 gives 20 twice; the correct value is 14. A repeated misconception can reproduce the same error.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3 min   Challenge</w:t>
      </w:r>
    </w:p>
    <w:p>
      <w:r>
        <w:t>Use exact calculation: 19.7 × 4 = 78.8 and 19.7 × 0.2 = 3.94; sum 82.74. Estimation cannot distinguish every pair of nearby answers.</w:t>
      </w:r>
    </w:p>
    <w:p>
      <w:pPr>
        <w:pStyle w:val="Heading2"/>
      </w:pPr>
      <w:r>
        <w:t>17   Retrieval without notes   4 min   Prove</w:t>
      </w:r>
    </w:p>
    <w:p>
      <w:r>
        <w:t>Answers: -3, 21, 8, -2, 73, 4.69. Score is retrieval evidence, not mastery.</w:t>
      </w:r>
    </w:p>
    <w:p>
      <w:pPr>
        <w:pStyle w:val="Heading2"/>
      </w:pPr>
      <w:r>
        <w:t>18   Independent exit evidence   5 min   Prove</w:t>
      </w:r>
    </w:p>
    <w:p>
      <w:r>
        <w:t>B1 first error: adding 8 and 2 before multiplying; B1 correct answer 2. 57 B1; 57 ÷ 100 = 0.57 B1.</w:t>
      </w:r>
    </w:p>
    <w:p>
      <w:pPr>
        <w:pStyle w:val="Heading2"/>
      </w:pPr>
      <w:r>
        <w:t>19   Feedback and next steps   2 min   Prove</w:t>
      </w:r>
    </w:p>
    <w:p>
      <w:r>
        <w:t>Use R1–R3 to select one priority: R1 signed operations → inverse frame; R2 order → annotate first operation; R3 scale → place-value chart. D1–D3 teach the repairs, then A1–A3 remove prompts. M1–M5 after a delay diagnose retention. Do not set entry tier from this short check. Wider screen findings lead to prerequisite support before the relevant later unit.</w:t>
      </w:r>
    </w:p>
    <w:p>
      <w:pPr>
        <w:pStyle w:val="Heading2"/>
      </w:pPr>
      <w:r>
        <w:t>20   Before the next lesson   1 min   Recall</w:t>
      </w:r>
    </w:p>
    <w:p>
      <w:r>
        <w:t>A factor divides a whole number exactly. The positive factors of 12 are 1, 2, 3, 4, 6 and 12. A prime is an integer greater than 1 with exactly two positive factors. Pair factors systematically to avoid missing one.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L004: Number diagnostic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Diagnose a number error, repair the method, and choose an independent check that tests the original calculation.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learner calculates −7−(−12)=−19. Locate the first error and repair it.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Create an independent check for 35×0.8=28 that does not simply repeat the multiplication.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