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L004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−8 B1; 21 B1.</w:t>
      </w:r>
    </w:p>
    <w:p>
      <w:pPr>
        <w:pStyle w:val="Heading2"/>
      </w:pPr>
      <w:r>
        <w:t>E2 [3]</w:t>
      </w:r>
    </w:p>
    <w:p>
      <w:r>
        <w:t>3 × 6 = 18 M1; −9 + 18 − 14 M1; −£5 A1.</w:t>
      </w:r>
    </w:p>
    <w:p>
      <w:pPr>
        <w:pStyle w:val="Heading2"/>
      </w:pPr>
      <w:r>
        <w:t>E3 [2]</w:t>
      </w:r>
    </w:p>
    <w:p>
      <w:r>
        <w:t>62 B1; 62 ÷ 100 = 0.62 B1.</w:t>
      </w:r>
    </w:p>
    <w:p>
      <w:pPr>
        <w:pStyle w:val="Heading2"/>
      </w:pPr>
      <w:r>
        <w:t>E4 [3]</w:t>
      </w:r>
    </w:p>
    <w:p>
      <w:r>
        <w:t>15 and 11 have a similar scale, so a rough estimate may not distinguish them B1; 2 × 4 = 8 M1; 3 + 8 = 11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Use R1–R3 to select one priority: R1 signed operations → inverse frame; R2 order → annotate first operation; R3 scale → place-value chart. D1–D3 teach the repairs, then A1–A3 remove prompts. M1–M5 after a delay diagnose retention. Do not set entry tier from this short check. Wider screen findings lead to prerequisite support before the relevant later unit.</w:t>
      </w:r>
    </w:p>
    <w:p>
      <w:r>
        <w:t>Use fresh questions after a delay. Record support used and the next independent check; a high immediate score alone is not mastery.</w:t>
      </w:r>
    </w:p>
    <w:p>
      <w:r>
        <w:t>AO1 4 + AO2 3 + AO3 3 = 10 marks. Item AO judgements are local and require teacher review. This targeted set does not reproduce whole-paper weightings.</w:t>
      </w:r>
    </w:p>
    <w:p>
      <w:r>
        <w:t>Selected content: N1 N2 N3 N14 N15.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