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ASSESSMENT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Original examination style practice</w:t>
      </w:r>
    </w:p>
    <w:p>
      <w:r>
        <w:t>Pearson Edexcel GCSE Mathematics 1MA1 • L004</w:t>
        <w:br/>
        <w:t>10 marks • 12 minutes • Non-calculator • Lesson resources</w:t>
      </w:r>
    </w:p>
    <w:p>
      <w:r>
        <w:t>REACH FOR THE STAR  |  GCSE MATHEMATICS</w:t>
      </w:r>
    </w:p>
    <w:p>
      <w:r>
        <w:t>Original Reach for the Star questions; not official or endorsed Pearson materials. Shared Foundation/Higher content. This is targeted practice, not a balanced mock paper or grade prediction.</w:t>
      </w:r>
    </w:p>
    <w:p>
      <w:pPr>
        <w:pStyle w:val="Heading2"/>
      </w:pPr>
      <w:r>
        <w:t>E1   Calculate (a) −14 − (−6) (b) (−7) × (−3). [2]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E2   A balance starts at −£9. Three payments of £6 arrive and £14 is spent. Find the final balance. Show working. [3]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br w:type="page"/>
      </w:r>
    </w:p>
    <w:p>
      <w:pPr>
        <w:pStyle w:val="Heading1"/>
      </w:pPr>
      <w:r>
        <w:t>Reasoning and application</w:t>
      </w:r>
    </w:p>
    <w:p>
      <w:pPr>
        <w:pStyle w:val="Heading2"/>
      </w:pPr>
      <w:r>
        <w:t>E3   Kim says 0.62 × 100 = 6.2. Correct the result and show an inverse check. [2]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E4   Sam gives 15 as the answer to 3 + 2 × 4. Explain why an estimate alone may miss this error, and show the correct calculation. [3]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t>Check working and units. Teacher feedback follows separately.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RFTS-PEARSON-GCSE-MAT-1MA1-NUM-L004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Original examination style practice</dc:title>
  <dc:subject>Number diagnostic and repair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