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Number diagnostic and repair · Optional extension</w:t>
      </w:r>
    </w:p>
    <w:p>
      <w:r>
        <w:t>Pearson Edexcel GCSE Mathematics 1MA1 · L004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learner calculates −7−(−12)=−19. Locate the first error and repair it.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Create an independent check for 35×0.8=28 that does not simply repeat the multiplication.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