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L004</w:t>
        <w:br/>
        <w:t>10 minutes • Lesson resources</w:t>
      </w:r>
    </w:p>
    <w:p>
      <w:r>
        <w:t>REACH FOR THE STAR  |  GCSE MATHEMATICS</w:t>
      </w:r>
    </w:p>
    <w:p>
      <w:r>
        <w:t>L005: factors, multiples and primes</w:t>
      </w:r>
    </w:p>
    <w:p>
      <w:pPr>
        <w:pStyle w:val="Heading2"/>
      </w:pPr>
      <w:r>
        <w:t>F1</w:t>
      </w:r>
    </w:p>
    <w:p>
      <w:r>
        <w:t>Tomorrow calculate −11 − (−4), 18 ÷ 3 × 2 and 0.29 × 100.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L005, list the positive factors of 12. Which of 1, 2, 9 and 11 are prime?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 factor divides a whole number exactly. The positive factors of 12 are 1, 2, 3, 4, 6 and 12. A prime is an integer greater than 1 with exactly two positive factors. Pair factors systematically to avoid missing one.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Number diagnostic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