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LEARNER WORKBOOK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Number diagnostic and repair</w:t>
      </w:r>
    </w:p>
    <w:p>
      <w:r>
        <w:t>Pearson Edexcel GCSE Mathematics 1MA1 • L004</w:t>
        <w:br/>
        <w:t>Foundation and Higher • 60 minutes • Lesson resources</w:t>
      </w:r>
    </w:p>
    <w:p>
      <w:r>
        <w:t>REACH FOR THE STAR  |  GCSE MATHEMATICS</w:t>
      </w:r>
    </w:p>
    <w:p>
      <w:r>
        <w:t>Diagnose a number error, repair the method, and choose an independent check that tests the original calculation.</w:t>
      </w:r>
    </w:p>
    <w:p>
      <w:r>
        <w:t>Work without a calculator except where a check is invited. Write on the lines or replace them with typed answers. Attempt before reading intentional practice feedback.</w:t>
      </w:r>
    </w:p>
    <w:p>
      <w:pPr>
        <w:pStyle w:val="Heading1"/>
      </w:pPr>
      <w:r>
        <w:t>Connect &amp; Check</w:t>
      </w:r>
    </w:p>
    <w:p>
      <w:r>
        <w:t>Diagnostic: evidence used to choose what to reteach. Inverse: an operation that undoes another. Estimate: an approximate check of size. Counterexample: one case disproving an always claim. Evidence: working that supports a conclusion.</w:t>
      </w:r>
    </w:p>
    <w:p>
      <w:pPr>
        <w:pStyle w:val="Heading2"/>
      </w:pPr>
      <w:r>
        <w:t>R1</w:t>
      </w:r>
    </w:p>
    <w:p>
      <w:r>
        <w:t>Without notes, calculate (a) −7 − (−5) (b) (−4) × (−3). Show one check.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R2</w:t>
      </w:r>
    </w:p>
    <w:p>
      <w:r>
        <w:t>Calculate 18 ÷ 3 × 2 and 7 + 3 × (−2). Name the first operation in each.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R3</w:t>
      </w:r>
    </w:p>
    <w:p>
      <w:r>
        <w:t>Calculate 0.48 × 100. Round 6.286 to 2 decimal places.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Wider prerequisite screen — ungraded</w:t>
      </w:r>
    </w:p>
    <w:p>
      <w:r>
        <w:t>These questions identify support for later units. They do not assess this week’s taught content and do not determine a grade or tier. Show your thinking; your teacher will plan support.</w:t>
      </w:r>
    </w:p>
    <w:p>
      <w:pPr>
        <w:pStyle w:val="Heading2"/>
      </w:pPr>
      <w:r>
        <w:t>B1</w:t>
      </w:r>
    </w:p>
    <w:p>
      <w:r>
        <w:t>Algebra prerequisite: if x = 3, find 2x + 1.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B2</w:t>
      </w:r>
    </w:p>
    <w:p>
      <w:r>
        <w:t>Geometry prerequisite: a rectangle is 5 cm long and 3 cm wide. Find its area and include units.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B3</w:t>
      </w:r>
    </w:p>
    <w:p>
      <w:r>
        <w:t>Data prerequisite: find the mean of 2, 4 and 9.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2"/>
      </w:pPr>
      <w:r>
        <w:t>Share  |  In pairs, predict the first step for this problem: A correct answer copied from feedback does not establish secure understanding. Use attempt → locate the first error → explain and repair → check independently → solve a fresh match Compare your reasons before using the worked model.</w:t>
      </w:r>
    </w:p>
    <w:p>
      <w:pPr>
        <w:pStyle w:val="Heading1"/>
      </w:pPr>
      <w:r>
        <w:t>Present through worked examples</w:t>
      </w:r>
    </w:p>
    <w:p>
      <w:r>
        <w:t>A correct answer copied from feedback does not establish secure understanding. Use attempt → locate the first error → explain and repair → check independently → solve a fresh matched problem after a delay. Match the check to the risk: inverse for an operation, place value for scale, estimate for magnitude, and substitution into the original expression for a missing number.</w:t>
      </w:r>
    </w:p>
    <w:p>
      <w:pPr>
        <w:pStyle w:val="Heading2"/>
      </w:pPr>
      <w:r>
        <w:t>D1</w:t>
      </w:r>
    </w:p>
    <w:p>
      <w:r>
        <w:t>A learner writes −6 − (−4) = −10. Repair: subtracting −4 adds 4, so −2. Check −2 + (−4) = −6. Now repair −8 − (−3) = −11.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D2</w:t>
      </w:r>
    </w:p>
    <w:p>
      <w:r>
        <w:t>A learner writes 6 + 2 × (−5) = −40. Repair: 6 + (−10) = −4. Complete 9 + 2 × (−4) = 9 + __ = __.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D3</w:t>
      </w:r>
    </w:p>
    <w:p>
      <w:r>
        <w:t>A learner writes 0.36 × 100 = 0.036. Explain the error and calculate 0.72 × 100.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D4</w:t>
      </w:r>
    </w:p>
    <w:p>
      <w:r>
        <w:t>An estimate gives 19.7 × 4.2 ≈ 20 × 4 = 80. Can it prove that 82.74 is exactly correct? Explain.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with less support</w:t>
      </w:r>
    </w:p>
    <w:p>
      <w:r>
        <w:t>Keep the original calculation visible. Repeating the same incorrect method is not an independent check. A useful repair names the decision that went wrong and succeeds on a fresh question with the support removed.</w:t>
      </w:r>
    </w:p>
    <w:p>
      <w:pPr>
        <w:pStyle w:val="Heading2"/>
      </w:pPr>
      <w:r>
        <w:t>A1</w:t>
      </w:r>
    </w:p>
    <w:p>
      <w:r>
        <w:t>Fresh signed repair: calculate −9 − (−6) and −32 ÷ (−8). Give an inverse check for each.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A2</w:t>
      </w:r>
    </w:p>
    <w:p>
      <w:r>
        <w:t>Fresh order repair: calculate 24 ÷ 4 × 3 and 5 + 2 × (−6). Show the first step.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A3</w:t>
      </w:r>
    </w:p>
    <w:p>
      <w:r>
        <w:t>Fresh scale repair: find 0.84 × 100; round 7.386 to 2 decimal places; estimate 19.7 × 4.2 to 1 significant figure per factor.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Optional support: explain the first decision aloud; use a matching worked example, then cover it.</w:t>
      </w:r>
    </w:p>
    <w:p>
      <w:r>
        <w:t>Core work is non-calculator. After A3, a calculator may confirm 19.7 × 4.2 = 82.74. Estimate first: 20 × 4 = 80. A display can confirm arithmetic, but does not explain an error or prove understanding.</w:t>
      </w:r>
    </w:p>
    <w:p>
      <w:r>
        <w:br w:type="page"/>
      </w:r>
    </w:p>
    <w:p>
      <w:pPr>
        <w:pStyle w:val="Heading1"/>
      </w:pPr>
      <w:r>
        <w:t>Apply and extend reasoning</w:t>
      </w:r>
    </w:p>
    <w:p>
      <w:pPr>
        <w:pStyle w:val="Heading2"/>
      </w:pPr>
      <w:r>
        <w:t>C1</w:t>
      </w:r>
    </w:p>
    <w:p>
      <w:r>
        <w:t>A learner repeats exactly the same steps and gets the same answer twice. Does this prove the method is correct? Give an example.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C2</w:t>
      </w:r>
    </w:p>
    <w:p>
      <w:r>
        <w:t>Two proposed answers to 19.7 × 4.2 are 82.74 and 82.47. Both are near 80. Explain how to decide which is correct.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practice feedback — read after attempting</w:t>
      </w:r>
    </w:p>
    <w:p>
      <w:r>
        <w:t>A1: −3, checked by −3 + (−6) = −9; 4, checked by (−8) × 4 = −32.</w:t>
      </w:r>
    </w:p>
    <w:p>
      <w:r>
        <w:t>A2: 18; −7. First steps 24 ÷ 4 = 6 and 2 × (−6) = −12.</w:t>
      </w:r>
    </w:p>
    <w:p>
      <w:r>
        <w:t>A3: 84; 7.39; 80.</w:t>
      </w:r>
    </w:p>
    <w:p>
      <w:r>
        <w:t>C1: No. Repeating 2 + 3 × 4 as (2 + 3) × 4 gives 20 twice; the correct value is 14.</w:t>
      </w:r>
    </w:p>
    <w:p>
      <w:r>
        <w:t>C2: Use exact calculation: 19.7 × 4 = 78.8 and 19.7 × 0.2 = 3.94; sum 82.74.</w:t>
      </w:r>
    </w:p>
    <w:p>
      <w:r>
        <w:t>Correct one response and explain your change. Stretch is available to either tier; temporary support needs do not determine entry tier.</w:t>
      </w:r>
    </w:p>
    <w:p>
      <w:r>
        <w:br w:type="page"/>
      </w:r>
    </w:p>
    <w:p>
      <w:pPr>
        <w:pStyle w:val="Heading1"/>
      </w:pPr>
      <w:r>
        <w:t>Recall &amp; Review through retrieval</w:t>
      </w:r>
    </w:p>
    <w:p>
      <w:r>
        <w:t>Work without notes. Six retrieval points; this attempt does not establish mastery. Equivalent exact numeric forms are accepted. Where accuracy is requested, also state the requested form in your written work.</w:t>
      </w:r>
    </w:p>
    <w:p>
      <w:pPr>
        <w:pStyle w:val="Heading2"/>
      </w:pPr>
      <w:r>
        <w:t>Q1   −8 − (−5)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Q2   (−3) × (−7)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Q3   16 ÷ 4 × 2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Q4   4 + 3 × (−2)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Q5   0.73 × 100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Q6   4.687 rounded to 2 decimal places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retrieval feedback</w:t>
      </w:r>
    </w:p>
    <w:p>
      <w:r>
        <w:t>Q1 −3; Q2 21; Q3 8; Q4 −2; Q5 73; Q6 4.69. Correct and retry tomorrow, then in one week.</w:t>
      </w:r>
    </w:p>
    <w:p>
      <w:r>
        <w:br w:type="page"/>
      </w:r>
    </w:p>
    <w:p>
      <w:pPr>
        <w:pStyle w:val="Heading1"/>
      </w:pPr>
      <w:r>
        <w:t>Prove independently and improve</w:t>
      </w:r>
    </w:p>
    <w:p>
      <w:r>
        <w:t>P1–P2: five minutes without notes; 4 marks. Your teacher reviews explanations and method marks. P3 has no mark.</w:t>
      </w:r>
    </w:p>
    <w:p>
      <w:pPr>
        <w:pStyle w:val="Heading2"/>
      </w:pPr>
      <w:r>
        <w:t>P1</w:t>
      </w:r>
    </w:p>
    <w:p>
      <w:r>
        <w:t>Without prompts, repair 8 + 2 × (−3) = −30. State the first error and correct the answer.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P2</w:t>
      </w:r>
    </w:p>
    <w:p>
      <w:r>
        <w:t>A learner says 0.57 × 100 = 5.7. Correct the result and give an inverse check.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P3</w:t>
      </w:r>
    </w:p>
    <w:p>
      <w:r>
        <w:t>Choose one repair priority. Name your fresh question, support to remove and next reassessment date.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feedback: __________________________</w:t>
        <w:br/>
        <w:t>Fresh question and retry date: __________________________</w:t>
        <w:br/>
        <w:t>Delayed independent evidence: __________________________</w:t>
      </w:r>
    </w:p>
    <w:p>
      <w:r>
        <w:br w:type="page"/>
      </w:r>
    </w:p>
    <w:p>
      <w:pPr>
        <w:pStyle w:val="Heading1"/>
      </w:pPr>
      <w:r>
        <w:t>Prepare for the next lesson</w:t>
      </w:r>
    </w:p>
    <w:p>
      <w:r>
        <w:t>L005: factors, multiples and primes</w:t>
      </w:r>
    </w:p>
    <w:p>
      <w:pPr>
        <w:pStyle w:val="Heading2"/>
      </w:pPr>
      <w:r>
        <w:t>F1</w:t>
      </w:r>
    </w:p>
    <w:p>
      <w:r>
        <w:t>Tomorrow calculate −11 − (−4), 18 ÷ 3 × 2 and 0.29 × 100.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L005, list the positive factors of 12. Which of 1, 2, 9 and 11 are prime?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and prepare</w:t>
      </w:r>
    </w:p>
    <w:p>
      <w:r>
        <w:t>A factor divides a whole number exactly. The positive factors of 12 are 1, 2, 3, 4, 6 and 12. A prime is an integer greater than 1 with exactly two positive factors. Pair factors systematically to avoid missing one.</w:t>
      </w:r>
    </w:p>
    <w:p>
      <w:r>
        <w:t>Digital workbook: save locally where available; export a JSON backup before closing or moving the file. Restore only this lesson/version. Printing records answers, not mastery. Live browser checks remain pending; use Word/PDF if required.</w:t>
      </w:r>
    </w:p>
    <w:p>
      <w:r>
        <w:br w:type="page"/>
      </w:r>
    </w:p>
    <w:p>
      <w:pPr>
        <w:pStyle w:val="Heading1"/>
      </w:pPr>
      <w:r>
        <w:t>Optional extension activities</w:t>
      </w:r>
    </w:p>
    <w:p>
      <w:pPr>
        <w:pStyle w:val="Heading2"/>
      </w:pPr>
      <w:r>
        <w:t>Stretch</w:t>
      </w:r>
    </w:p>
    <w:p>
      <w:r>
        <w:t>A learner calculates −7−(−12)=−19. Locate the first error and repair it.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pPr>
        <w:pStyle w:val="Heading2"/>
      </w:pPr>
      <w:r>
        <w:t>Deep challenge</w:t>
      </w:r>
    </w:p>
    <w:p>
      <w:r>
        <w:t>Create an independent check for 35×0.8=28 that does not simply repeat the multiplication.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L004: Number diagnostic and repair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Diagnose a number error, repair the method, and choose an independent check that tests the original calculation.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learner calculates −7−(−12)=−19. Locate the first error and repair it.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Create an independent check for 35×0.8=28 that does not simply repeat the multiplication.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RFTS-PEARSON-GCSE-MAT-1MA1-NUM-L004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Number diagnostic and repair</dc:title>
  <dc:subject>Number diagnostic and repair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