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L004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Diagnose a number error, repair the method, and choose an independent check that tests the original calculation.</w:t>
      </w:r>
    </w:p>
    <w:p>
      <w:r>
        <w:t>L001–L003 signed operations, operation order, place value, rounding and estimation. Wider prerequisite screening is ungraded.</w:t>
      </w:r>
    </w:p>
    <w:p>
      <w:r>
        <w:t>Selected specification content: N1 N2 N3 N14 N15.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a place-value chart or signed-number line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Which best checks −6 − (−4) = −2? A −2 + (−4) = −6; B −6 − (−4) again; C −2 + 4 = 2. A restores the starting value. B may repeat an error; C adds the wrong signed number.</w:t>
      </w:r>
    </w:p>
    <w:p>
      <w:r>
        <w:t>Wider screen is ungraded and takes four minutes. B1: 7; if 6x-like answers appear, revisit substitution before W5. B2: 15 cm²; 16 suggests perimeter/area confusion. Reteach the concept before W9. B3: 5; revisit equal sharing and total divided by count before W12.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−2; 12. Example check: −2 + (−5) = −7. Record the first error before checking feedback.</w:t>
      </w:r>
    </w:p>
    <w:p>
      <w:pPr>
        <w:pStyle w:val="Heading2"/>
      </w:pPr>
      <w:r>
        <w:t>R2</w:t>
      </w:r>
    </w:p>
    <w:p>
      <w:r>
        <w:t>12; 1. First divide 18 by 3; first multiply 3 by −2. Equal-priority operations go left to right.</w:t>
      </w:r>
    </w:p>
    <w:p>
      <w:pPr>
        <w:pStyle w:val="Heading2"/>
      </w:pPr>
      <w:r>
        <w:t>R3</w:t>
      </w:r>
    </w:p>
    <w:p>
      <w:r>
        <w:t>48; 6.29. Keep the place-value and rounding decisions visible.</w:t>
      </w:r>
    </w:p>
    <w:p>
      <w:pPr>
        <w:pStyle w:val="Heading2"/>
      </w:pPr>
      <w:r>
        <w:t>D1</w:t>
      </w:r>
    </w:p>
    <w:p>
      <w:r>
        <w:t>−5; inverse check −5 + (−3) = −8. The original error treats subtraction as adding the same signed number.</w:t>
      </w:r>
    </w:p>
    <w:p>
      <w:pPr>
        <w:pStyle w:val="Heading2"/>
      </w:pPr>
      <w:r>
        <w:t>D2</w:t>
      </w:r>
    </w:p>
    <w:p>
      <w:r>
        <w:t>−8; 1. The first error was adding 6 and 2 before multiplying.</w:t>
      </w:r>
    </w:p>
    <w:p>
      <w:pPr>
        <w:pStyle w:val="Heading2"/>
      </w:pPr>
      <w:r>
        <w:t>D3</w:t>
      </w:r>
    </w:p>
    <w:p>
      <w:r>
        <w:t>The number was made ten times smaller instead of one hundred times larger. Correct original: 36. Fresh answer: 72. Track each digit’s place value.</w:t>
      </w:r>
    </w:p>
    <w:p>
      <w:pPr>
        <w:pStyle w:val="Heading2"/>
      </w:pPr>
      <w:r>
        <w:t>D4</w:t>
      </w:r>
    </w:p>
    <w:p>
      <w:r>
        <w:t>No. It supports the scale; an exact calculation or inverse check is still needed. Different nearby values can all be reasonable.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−3, checked by −3 + (−6) = −9; 4, checked by (−8) × 4 = −32. Use the original signed number in the inverse check.</w:t>
      </w:r>
    </w:p>
    <w:p>
      <w:pPr>
        <w:pStyle w:val="Heading2"/>
      </w:pPr>
      <w:r>
        <w:t>A2</w:t>
      </w:r>
    </w:p>
    <w:p>
      <w:r>
        <w:t>18; −7. First steps 24 ÷ 4 = 6 and 2 × (−6) = −12. Remove the operation-order prompt once the first step is secure.</w:t>
      </w:r>
    </w:p>
    <w:p>
      <w:pPr>
        <w:pStyle w:val="Heading2"/>
      </w:pPr>
      <w:r>
        <w:t>A3</w:t>
      </w:r>
    </w:p>
    <w:p>
      <w:r>
        <w:t>84; 7.39; 80. Track value, mark the decision digit, then estimate separately.</w:t>
      </w:r>
    </w:p>
    <w:p>
      <w:pPr>
        <w:pStyle w:val="Heading2"/>
      </w:pPr>
      <w:r>
        <w:t>C1</w:t>
      </w:r>
    </w:p>
    <w:p>
      <w:r>
        <w:t>No. Repeating 2 + 3 × 4 as (2 + 3) × 4 gives 20 twice; the correct value is 14. A repeated misconception can reproduce the same error.</w:t>
      </w:r>
    </w:p>
    <w:p>
      <w:pPr>
        <w:pStyle w:val="Heading2"/>
      </w:pPr>
      <w:r>
        <w:t>C2</w:t>
      </w:r>
    </w:p>
    <w:p>
      <w:r>
        <w:t>Use exact calculation: 19.7 × 4 = 78.8 and 19.7 × 0.2 = 3.94; sum 82.74. Estimation cannot distinguish every pair of nearby answers.</w:t>
      </w:r>
    </w:p>
    <w:p>
      <w:r>
        <w:t>Calculator guidance: Core work is non-calculator. After A3, a calculator may confirm 19.7 × 4.2 = 82.74. Estimate first: 20 × 4 = 80. A display can confirm arithmetic, but does not explain an error or prove understanding.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B1 first error: adding 8 and 2 before multiplying; B1 correct answer 2. Teacher reviews explanation and result.</w:t>
      </w:r>
    </w:p>
    <w:p>
      <w:pPr>
        <w:pStyle w:val="Heading2"/>
      </w:pPr>
      <w:r>
        <w:t>P2</w:t>
      </w:r>
    </w:p>
    <w:p>
      <w:r>
        <w:t>57 B1; 57 ÷ 100 = 0.57 B1. The check must return the original decimal.</w:t>
      </w:r>
    </w:p>
    <w:p>
      <w:pPr>
        <w:pStyle w:val="Heading2"/>
      </w:pPr>
      <w:r>
        <w:t>P3</w:t>
      </w:r>
    </w:p>
    <w:p>
      <w:r>
        <w:t>Individual action plan. Record support used; no grade or mastery label.</w:t>
      </w:r>
    </w:p>
    <w:p>
      <w:pPr>
        <w:pStyle w:val="Heading2"/>
      </w:pPr>
      <w:r>
        <w:t>F1</w:t>
      </w:r>
    </w:p>
    <w:p>
      <w:r>
        <w:t>−7; 12; 29. Retry without the repair card, then explain one check.</w:t>
      </w:r>
    </w:p>
    <w:p>
      <w:pPr>
        <w:pStyle w:val="Heading2"/>
      </w:pPr>
      <w:r>
        <w:t>F2</w:t>
      </w:r>
    </w:p>
    <w:p>
      <w:r>
        <w:t>1, 2, 3, 4, 6, 12; 2 and 11 are prime. 1 has only one positive factor, so it is not prime.</w:t>
      </w:r>
    </w:p>
    <w:p>
      <w:r>
        <w:t>Retrieval answers: -3, 21, 8, -2, 73, 4.69.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Use R1–R3 to select one priority: R1 signed operations → inverse frame; R2 order → annotate first operation; R3 scale → place-value chart. D1–D3 teach the repairs, then A1–A3 remove prompts. M1–M5 after a delay diagnose retention. Do not set entry tier from this short check. Wider screen findings lead to prerequisite support before the relevant later unit.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A learner calculates −7−(−12)=−19. Locate the first error and repair it.</w:t>
      </w:r>
    </w:p>
    <w:p>
      <w:r>
        <w:t>Answer and reasoning: Subtracting −12 means add 12, so −7+12=5.</w:t>
      </w:r>
    </w:p>
    <w:p>
      <w:pPr>
        <w:pStyle w:val="Heading2"/>
      </w:pPr>
      <w:r>
        <w:t>Deep challenge</w:t>
      </w:r>
    </w:p>
    <w:p>
      <w:r>
        <w:t>Create an independent check for 35×0.8=28 that does not simply repeat the multiplication.</w:t>
      </w:r>
    </w:p>
    <w:p>
      <w:r>
        <w:t>Answer and reasoning: 0.8=4/5, and 35÷5×4=28; or 80% of 35=28.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L004: Number diagnostic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Diagnose a number error, repair the method, and choose an independent check that tests the original calculation.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learner calculates −7−(−12)=−19. Locate the first error and repair it.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Create an independent check for 35×0.8=28 that does not simply repeat the multiplication.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Number diagnostic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