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L005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List all positive factors of 16.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Bells ring every 8 and 12 minutes. They ring together at 09:00. When do they next ring together? Show working.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 learner says the LCM of 9 and 15 is 3. Explain the error and give the LCM.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Express 40 and 60 as products of primes, then find their HCF.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Factors multiples and primes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