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L005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5 B1.</w:t>
      </w:r>
    </w:p>
    <w:p>
      <w:pPr>
        <w:pStyle w:val="Heading2"/>
      </w:pPr>
      <w:r>
        <w:t>M2 [1]</w:t>
      </w:r>
    </w:p>
    <w:p>
      <w:r>
        <w:t>12 B1.</w:t>
      </w:r>
    </w:p>
    <w:p>
      <w:pPr>
        <w:pStyle w:val="Heading2"/>
      </w:pPr>
      <w:r>
        <w:t>M3 [1]</w:t>
      </w:r>
    </w:p>
    <w:p>
      <w:r>
        <w:t>No: only one positive factor B1; reason required.</w:t>
      </w:r>
    </w:p>
    <w:p>
      <w:pPr>
        <w:pStyle w:val="Heading2"/>
      </w:pPr>
      <w:r>
        <w:t>M4 [2]</w:t>
      </w:r>
    </w:p>
    <w:p>
      <w:r>
        <w:t>A valid split towards prime factors M1; 2²×3² A1.</w:t>
      </w:r>
    </w:p>
    <w:p>
      <w:pPr>
        <w:pStyle w:val="Heading2"/>
      </w:pPr>
      <w:r>
        <w:t>M5 [3]</w:t>
      </w:r>
    </w:p>
    <w:p>
      <w:r>
        <w:t>HCF method M1; 12 cm A1; 2+3=5 pieces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1 is called prime, count its positive factors. If factors and multiples are swapped, use 3 × 6 = 18 in both directions. If HCF and LCM are confused, ask whether the answer must divide or be divisible by each number. Recheck HCF(8,12)=4 and LCM(8,12)=24.</w:t>
      </w:r>
    </w:p>
    <w:p>
      <w:r>
        <w:t>Use fresh questions after a delay. Record support used and the next independent check; a high immediate score alone is not mastery.</w:t>
      </w:r>
    </w:p>
    <w:p>
      <w:r>
        <w:t>AO1 4 + AO2 1 + AO3 3 = 8 marks. Item AO judgements are local and require teacher review. This targeted set does not reproduce whole-paper weightings.</w:t>
      </w:r>
    </w:p>
    <w:p>
      <w:r>
        <w:t>Selected content: N4 N5.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