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L005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Find HCF of 15 and 25.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LCM of 4 and 6.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Is 1 prime? Give a reason.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Express 36 as a product of primes. Show a split.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Ribbons are 24 cm and 36 cm. Cut equal longest whole-centimetre pieces with no waste. Find their length and the total number of pieces.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Factors multiples and primes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