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L005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Find and justify factors, prime factorisations, HCFs and LCMs; choose the right structure for a problem.</w:t>
      </w:r>
    </w:p>
    <w:p>
      <w:r>
        <w:t>L001–L004 integer arithmetic; multiplication facts; divisibility and squares.</w:t>
      </w:r>
    </w:p>
    <w:p>
      <w:r>
        <w:t>Selected specification content: N4 N5.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Use fraction strips, equal-part bars or a ratio table as appropriate.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HCF of 12 and 18: A 6, B 36, C 3. A; B is LCM and C is common but not highest. Ask for a factor list before moving on.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42; 7. Division reverses multiplication.</w:t>
      </w:r>
    </w:p>
    <w:p>
      <w:pPr>
        <w:pStyle w:val="Heading2"/>
      </w:pPr>
      <w:r>
        <w:t>R2</w:t>
      </w:r>
    </w:p>
    <w:p>
      <w:r>
        <w:t>3 × 3 = 9. The index counts equal factors.</w:t>
      </w:r>
    </w:p>
    <w:p>
      <w:pPr>
        <w:pStyle w:val="Heading2"/>
      </w:pPr>
      <w:r>
        <w:t>R3</w:t>
      </w:r>
    </w:p>
    <w:p>
      <w:r>
        <w:t>2 and 11. 9 also has factor 3.</w:t>
      </w:r>
    </w:p>
    <w:p>
      <w:pPr>
        <w:pStyle w:val="Heading2"/>
      </w:pPr>
      <w:r>
        <w:t>D1</w:t>
      </w:r>
    </w:p>
    <w:p>
      <w:r>
        <w:t>1, 2, 4, 5, 10, 20. Pair 1×20, 2×10 and 4×5.</w:t>
      </w:r>
    </w:p>
    <w:p>
      <w:pPr>
        <w:pStyle w:val="Heading2"/>
      </w:pPr>
      <w:r>
        <w:t>D2</w:t>
      </w:r>
    </w:p>
    <w:p>
      <w:r>
        <w:t>2³ × 3. All final factors must be prime.</w:t>
      </w:r>
    </w:p>
    <w:p>
      <w:pPr>
        <w:pStyle w:val="Heading2"/>
      </w:pPr>
      <w:r>
        <w:t>D3</w:t>
      </w:r>
    </w:p>
    <w:p>
      <w:r>
        <w:t>6. Both contain one 2 and one 3.</w:t>
      </w:r>
    </w:p>
    <w:p>
      <w:pPr>
        <w:pStyle w:val="Heading2"/>
      </w:pPr>
      <w:r>
        <w:t>D4</w:t>
      </w:r>
    </w:p>
    <w:p>
      <w:r>
        <w:t>24. 2³ × 3 contains every required prime factor.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3 and 18; 6 and 12. When one number divides the other, it is the HCF and the larger is the LCM.</w:t>
      </w:r>
    </w:p>
    <w:p>
      <w:pPr>
        <w:pStyle w:val="Heading2"/>
      </w:pPr>
      <w:r>
        <w:t>A2</w:t>
      </w:r>
    </w:p>
    <w:p>
      <w:r>
        <w:t>30=2×3×5; 45=3²×5; HCF 15; LCM 90. Use smaller powers for HCF and larger for LCM.</w:t>
      </w:r>
    </w:p>
    <w:p>
      <w:pPr>
        <w:pStyle w:val="Heading2"/>
      </w:pPr>
      <w:r>
        <w:t>A3</w:t>
      </w:r>
    </w:p>
    <w:p>
      <w:r>
        <w:t>36 seconds. A shared time must be a multiple of both periods.</w:t>
      </w:r>
    </w:p>
    <w:p>
      <w:pPr>
        <w:pStyle w:val="Heading2"/>
      </w:pPr>
      <w:r>
        <w:t>C1</w:t>
      </w:r>
    </w:p>
    <w:p>
      <w:r>
        <w:t>Yes. Their only shared positive factor is 1. A common factor greater than 1 would have to equal both primes.</w:t>
      </w:r>
    </w:p>
    <w:p>
      <w:pPr>
        <w:pStyle w:val="Heading2"/>
      </w:pPr>
      <w:r>
        <w:t>C2</w:t>
      </w:r>
    </w:p>
    <w:p>
      <w:r>
        <w:t>6×36=216=12×18. For each prime, the smaller and larger exponents together preserve both original exponents.</w:t>
      </w:r>
    </w:p>
    <w:p>
      <w:r>
        <w:t>Calculator guidance: Optional check after A2: 90 ÷ 30 = 3 and 90 ÷ 45 = 2. A calculator checks divisibility but does not establish that a multiple is the lowest.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Shared factors 1,2,5,10 B1; HCF 10 B1. Teacher checks completeness.</w:t>
      </w:r>
    </w:p>
    <w:p>
      <w:pPr>
        <w:pStyle w:val="Heading2"/>
      </w:pPr>
      <w:r>
        <w:t>P2</w:t>
      </w:r>
    </w:p>
    <w:p>
      <w:r>
        <w:t>20 B1; 20÷4=5 and 20÷10=2 B1. Both checks required for the second mark.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2²×7; 7. Retrieve without the factor tree.</w:t>
      </w:r>
    </w:p>
    <w:p>
      <w:pPr>
        <w:pStyle w:val="Heading2"/>
      </w:pPr>
      <w:r>
        <w:t>F2</w:t>
      </w:r>
    </w:p>
    <w:p>
      <w:r>
        <w:t>Each third split into two gives sixths; two thirds become four sixths. The unit whole must stay the same.</w:t>
      </w:r>
    </w:p>
    <w:p>
      <w:r>
        <w:t>Retrieval answers: 4, 24, 2, 5, -5, 46.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1 is called prime, count its positive factors. If factors and multiples are swapped, use 3 × 6 = 18 in both directions. If HCF and LCM are confused, ask whether the answer must divide or be divisible by each number. Recheck HCF(8,12)=4 and LCM(8,12)=24.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t>Optional extension answers</w:t>
      </w:r>
    </w:p>
    <w:p>
      <w:pPr>
        <w:pStyle w:val="Heading2"/>
      </w:pPr>
      <w:r>
        <w:t>Stretch</w:t>
      </w:r>
    </w:p>
    <w:p>
      <w:r>
        <w:t>Find the HCF and LCM of 84 and 126 using prime factors.</w:t>
      </w:r>
    </w:p>
    <w:p>
      <w:r>
        <w:t>Answer and reasoning: 84=2²×3×7; 126=2×3²×7; HCF=42, LCM=252.</w:t>
      </w:r>
    </w:p>
    <w:p>
      <w:pPr>
        <w:pStyle w:val="Heading2"/>
      </w:pPr>
      <w:r>
        <w:t>Deep challenge</w:t>
      </w:r>
    </w:p>
    <w:p>
      <w:r>
        <w:t>Two numbers have HCF 6, LCM 180 and one number 30. Find the other.</w:t>
      </w:r>
    </w:p>
    <w:p>
      <w:r>
        <w:t>Answer and reasoning: Product of numbers=HCF×LCM=1080; other=1080/30=36.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L005: Factors multiples and primes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Find and justify factors, prime factorisations, HCFs and LCMs; choose the right structure for a problem.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an efficient numerical method, showed the key steps clearly and checked the sign, size or accuracy of my answer.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make the place-value, sign or operation decision explicit and use estimation or an inverse calculation to check a fresh question.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Find the HCF and LCM of 84 and 126 using prime factors.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Two numbers have HCF 6, LCM 180 and one number 30. Find the other.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Non-calculator core; optional calculator check.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RFTS-PEARSON-GCSE-MAT-1MA1-NUM-L005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Factors multiples and primes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