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L006</w:t>
        <w:br/>
        <w:t>21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Equivalent fractions   1 min   Recall</w:t>
      </w:r>
    </w:p>
    <w:p>
      <w:r>
        <w:t>Explain equivalence, simplify fractions, convert mixed and improper forms and compare fractions exactly.</w:t>
      </w:r>
    </w:p>
    <w:p>
      <w:pPr>
        <w:pStyle w:val="Heading2"/>
      </w:pPr>
      <w:r>
        <w:t>02   The goal and the evidence   1 min   Recall</w:t>
      </w:r>
    </w:p>
    <w:p>
      <w:r>
        <w:t>L005 factors and HCF; multiplication/division; a fraction represents equal parts of one whole.</w:t>
      </w:r>
    </w:p>
    <w:p>
      <w:pPr>
        <w:pStyle w:val="Heading2"/>
      </w:pPr>
      <w:r>
        <w:t>03   Starting-point diagnostic   5 min   Recall</w:t>
      </w:r>
    </w:p>
    <w:p>
      <w:r>
        <w:t>If learners compare only numerators, use equal-length fraction strips. If they add to both entries, test 1/2 versus 2/3. If mixed conversion fails, write 2=8/4 before adding 3/4. Recheck 9/15=3/5 and 1 2/5=7/5.</w:t>
      </w:r>
    </w:p>
    <w:p>
      <w:pPr>
        <w:pStyle w:val="Heading2"/>
      </w:pPr>
      <w:r>
        <w:t>04   Equivalent fractions   paired with slide 5   Discover</w:t>
      </w:r>
    </w:p>
    <w:p>
      <w:r>
        <w:t>12/20. Each fifth is split into four twentieths.</w:t>
      </w:r>
    </w:p>
    <w:p>
      <w:pPr>
        <w:pStyle w:val="Heading2"/>
      </w:pPr>
      <w:r>
        <w:t>05   One whole, different partitions   2 min   Discover</w:t>
      </w:r>
    </w:p>
    <w:p>
      <w:r>
        <w:t>Equal-length bars show 2/3 and 4/6. Each third is split into two sixths. Shading covers the same amount of the same whole.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Simplifying fractions   3 min   Discover</w:t>
      </w:r>
    </w:p>
    <w:p>
      <w:r>
        <w:t>3/5. Divide numerator and denominator by 5.</w:t>
      </w:r>
    </w:p>
    <w:p>
      <w:pPr>
        <w:pStyle w:val="Heading2"/>
      </w:pPr>
      <w:r>
        <w:t>07   Mixed to improper   4 min   Discover</w:t>
      </w:r>
    </w:p>
    <w:p>
      <w:r>
        <w:t>17/5. Three wholes contain fifteen fifths.</w:t>
      </w:r>
    </w:p>
    <w:p>
      <w:pPr>
        <w:pStyle w:val="Heading2"/>
      </w:pPr>
      <w:r>
        <w:t>08   Compare equal units   4 min   Discover</w:t>
      </w:r>
    </w:p>
    <w:p>
      <w:r>
        <w:t>2 4/5; 3/4 is larger because 6/8 &gt; 5/8. Remainder stays over the original denominator.</w:t>
      </w:r>
    </w:p>
    <w:p>
      <w:pPr>
        <w:pStyle w:val="Heading2"/>
      </w:pPr>
      <w:r>
        <w:t>09   SAME VALUE, SAME WHOLE   2 min   Discover</w:t>
      </w:r>
    </w:p>
    <w:p>
      <w:r>
        <w:t>Simplify by a common factor, preferably the HCF. For a mixed number, multiply wholes by the denominator, then add the numerator. For comparison, use equal denominators and compare numerators; keep the same whole.</w:t>
      </w:r>
    </w:p>
    <w:p>
      <w:pPr>
        <w:pStyle w:val="Heading2"/>
      </w:pPr>
      <w:r>
        <w:t>10   Diagnostic pause   3 min   Apply</w:t>
      </w:r>
    </w:p>
    <w:p>
      <w:r>
        <w:t>Which equals 2/3? A 3/4, B 4/6, C 2/6. B; A adds one to each, C changes only the denominator.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3/6; 5/10; both simplify to 3/5. Equivalent forms can look different.</w:t>
      </w:r>
    </w:p>
    <w:p>
      <w:pPr>
        <w:pStyle w:val="Heading2"/>
      </w:pPr>
      <w:r>
        <w:t>12   Independent application   5 min   Apply</w:t>
      </w:r>
    </w:p>
    <w:p>
      <w:r>
        <w:t>17/6; 4 3/4; 2/3=8/12 &lt; 9/12=3/4. Common units make the comparison meaningful.</w:t>
      </w:r>
    </w:p>
    <w:p>
      <w:pPr>
        <w:pStyle w:val="Heading2"/>
      </w:pPr>
      <w:r>
        <w:t>13   Use the method in context   4 min   Apply</w:t>
      </w:r>
    </w:p>
    <w:p>
      <w:r>
        <w:t>Yes: 1 3/4 = 4/4+3/4 = 7/4 litres. Same value and units.</w:t>
      </w:r>
    </w:p>
    <w:p>
      <w:pPr>
        <w:pStyle w:val="Heading2"/>
      </w:pPr>
      <w:r>
        <w:t>14   Intentional practice feedback   2 min   Apply</w:t>
      </w:r>
    </w:p>
    <w:p>
      <w:r>
        <w:t>Optional check: enter 2 ÷ 3 and 4 ÷ 6. Matching displays support the equivalence, but the exact fraction argument explains why. Do not replace exact fractions with rounded decimals.</w:t>
      </w:r>
    </w:p>
    <w:p>
      <w:pPr>
        <w:pStyle w:val="Heading2"/>
      </w:pPr>
      <w:r>
        <w:t>15   A claim to test   4 min   Challenge</w:t>
      </w:r>
    </w:p>
    <w:p>
      <w:r>
        <w:t>3/5=18/30; 4/6=20/30, so not equal. Adding changes the ratio of parts.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For example 7/12: 1/2=6/12 &lt; 7/12 &lt; 8/12=2/3. Other valid fractions with exact justification accepted.</w:t>
      </w:r>
    </w:p>
    <w:p>
      <w:pPr>
        <w:pStyle w:val="Heading2"/>
      </w:pPr>
      <w:r>
        <w:t>17   Retrieval without notes   4 min   Prove</w:t>
      </w:r>
    </w:p>
    <w:p>
      <w:r>
        <w:t>Answers: 2/3, 9/4, 2 1/5, 15, 6, 12. Completion is not mastery.</w:t>
      </w:r>
    </w:p>
    <w:p>
      <w:pPr>
        <w:pStyle w:val="Heading2"/>
      </w:pPr>
      <w:r>
        <w:t>18   Independent exit evidence   2 min   Prove</w:t>
      </w:r>
    </w:p>
    <w:p>
      <w:r>
        <w:t>3/4 B1; divide both entries by 7 B1. Teacher checks explanation.</w:t>
      </w:r>
    </w:p>
    <w:p>
      <w:pPr>
        <w:pStyle w:val="Heading2"/>
      </w:pPr>
      <w:r>
        <w:t>19   Independent exit evidence   3 min   Prove</w:t>
      </w:r>
    </w:p>
    <w:p>
      <w:r>
        <w:t>15/18 and 14/18 B1; 5/6 is larger B1. Equivalent correct comparison accepted.</w:t>
      </w:r>
    </w:p>
    <w:p>
      <w:pPr>
        <w:pStyle w:val="Heading2"/>
      </w:pPr>
      <w:r>
        <w:t>20   Feedback and next steps   2 min   Prove</w:t>
      </w:r>
    </w:p>
    <w:p>
      <w:r>
        <w:t>If learners compare only numerators, use equal-length fraction strips. If they add to both entries, test 1/2 versus 2/3. If mixed conversion fails, write 2=8/4 before adding 3/4. Recheck 9/15=3/5 and 1 2/5=7/5.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Adding fractions combines counts of equal-sized parts. Rename unlike fractions using a common denominator first. We will also interpret multiplication as a fraction of an amount and division as how many groups fit.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L006: Fractions and equivalent forms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equivalence, simplify fractions, convert mixed and improper forms and compare fractions exactly.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Simplify 42/70 and give two different fractions equivalent to it.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fraction is equivalent to 5/8 and its numerator is 35. Find its denominator and justify.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