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L006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Simplify 27/36 and convert 3 1/2 to an improper fraction.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Two containers hold 2 2/3 litres and 11/4 litres. Which holds more? Show an exact comparison.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Give a fraction between 1/3 and 1/2 and show that it lies between them.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learner says 14/4 = 3 2/4 = 3 1/2. Explain both equalities.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