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Equivalent fractions</w:t>
      </w:r>
    </w:p>
    <w:p>
      <w:r>
        <w:t>Pearson Edexcel GCSE Mathematics 1MA1 • L006</w:t>
        <w:br/>
        <w:t>Foundation and Higher • 60 minutes • Lesson resources</w:t>
      </w:r>
    </w:p>
    <w:p>
      <w:r>
        <w:t>REACH FOR THE STAR  |  GCSE MATHEMATICS</w:t>
      </w:r>
    </w:p>
    <w:p>
      <w:r>
        <w:t>Explain equivalence, simplify fractions, convert mixed and improper forms and compare fractions exactly.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Numerator: number of parts counted. Denominator: equal parts in one whole. Equivalent: same value. Improper fraction: numerator at least denominator. Mixed number: whole number plus proper fraction.</w:t>
      </w:r>
    </w:p>
    <w:p>
      <w:pPr>
        <w:pStyle w:val="Heading2"/>
      </w:pPr>
      <w:r>
        <w:t>R1</w:t>
      </w:r>
    </w:p>
    <w:p>
      <w:r>
        <w:t>Find HCF of 12 and 18.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Calculate 4 × 5 + 3.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Which is greater: 0.6 or 0.56?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Splitting each of three equal parts into two makes six equal parts. Thus 2/3 = 4/6. Multiplying numerator and denominator by the same non-zero number multiplies by 1, preserving th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Splitting each of three equal parts into two makes six equal parts. Thus 2/3 = 4/6. Multiplying numerator and denominator by the same non-zero number multiplies by 1, preserving the value. Adding the same number to both does not usually do this.</w:t>
      </w:r>
    </w:p>
    <w:p>
      <w:pPr>
        <w:pStyle w:val="Heading2"/>
      </w:pPr>
      <w:r>
        <w:t>D1</w:t>
      </w:r>
    </w:p>
    <w:p>
      <w:r>
        <w:t>Model: 2/3 = 4/6 by multiplying both entries by 2. Complete 3/5 = __/20.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Model: 18/24 = 3/4 by dividing both entries by 6. Simplify 15/25.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Model: 2 3/4 = 8/4 + 3/4 = 11/4. Convert 3 2/5 to an improper fraction.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Model: 7/3 = 2 1/3 because 7 = 2×3+1. Convert 14/5 to a mixed number; compare 3/4 with 5/8.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Simplify by a common factor, preferably the HCF. For a mixed number, multiply wholes by the denominator, then add the numerator. For comparison, use equal denominators and compare numerators; keep the same whole.</w:t>
      </w:r>
    </w:p>
    <w:p>
      <w:pPr>
        <w:pStyle w:val="Heading2"/>
      </w:pPr>
      <w:r>
        <w:t>A1</w:t>
      </w:r>
    </w:p>
    <w:p>
      <w:r>
        <w:t>Complete 1/2 = __/6 = __/10. Simplify 6/10 and 9/15.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Convert 2 5/6 to an improper fraction and 19/4 to a mixed number. Compare 2/3 and 3/4.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jug contains 1 3/4 litres. A bottle contains 7/4 litres. Do they contain equal amounts? Explain.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Scale both entries together.</w:t>
      </w:r>
    </w:p>
    <w:p>
      <w:r>
        <w:t>Optional check: enter 2 ÷ 3 and 4 ÷ 6. Matching displays support the equivalence, but the exact fraction argument explains why. Do not replace exact fractions with rounded decimals.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 learner says 3/5 = 4/6 because both entries increased by 1. Disprove the claim exactly.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Find a fraction strictly between 1/2 and 2/3. Prove it is between them.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3/6; 5/10; both simplify to 3/5.</w:t>
      </w:r>
    </w:p>
    <w:p>
      <w:r>
        <w:t>A2: 17/6; 4 3/4; 2/3=8/12 &lt; 9/12=3/4.</w:t>
      </w:r>
    </w:p>
    <w:p>
      <w:r>
        <w:t>A3: Yes: 1 3/4 = 4/4+3/4 = 7/4 litres.</w:t>
      </w:r>
    </w:p>
    <w:p>
      <w:r>
        <w:t>C1: 3/5=18/30; 4/6=20/30, so not equal.</w:t>
      </w:r>
    </w:p>
    <w:p>
      <w:r>
        <w:t>C2: For example 7/12: 1/2=6/12 &lt; 7/12 &lt; 8/12=2/3.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Simplify 12/18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2 1/4 as an improper fraction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11/5 as a mixed number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Missing numerator: 3/4 = ?/20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HCF of 18 and 30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18 ÷ 3 ×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2/3; Q2 9/4; Q3 2 1/5; Q4 15; Q5 6; Q6 12.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Simplify 21/28. State the common factor used.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Which is larger, 5/6 or 7/9? Show an exact comparison.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one decision you can now explain. Set a fresh question and a date for checking it without support.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L007: Fraction operations</w:t>
      </w:r>
    </w:p>
    <w:p>
      <w:pPr>
        <w:pStyle w:val="Heading2"/>
      </w:pPr>
      <w:r>
        <w:t>F1</w:t>
      </w:r>
    </w:p>
    <w:p>
      <w:r>
        <w:t>Tomorrow convert 1 4/7 to an improper fraction and simplify 8/12.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L007, write 1/2 and 1/3 using denominator 6.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Adding fractions combines counts of equal-sized parts. Rename unlike fractions using a common denominator first. We will also interpret multiplication as a fraction of an amount and division as how many groups fit.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Simplify 42/70 and give two different fractions equivalent to it.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fraction is equivalent to 5/8 and its numerator is 35. Find its denominator and justify.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L006: Fractions and equivalent forms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Explain equivalence, simplify fractions, convert mixed and improper forms and compare fractions exactly.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Simplify 42/70 and give two different fractions equivalent to it.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fraction is equivalent to 5/8 and its numerator is 35. Find its denominator and justify.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Equivalent fractions</dc:title>
  <dc:subject>Fractions and equivalent forms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