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L006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2/3 B1.</w:t>
      </w:r>
    </w:p>
    <w:p>
      <w:pPr>
        <w:pStyle w:val="Heading2"/>
      </w:pPr>
      <w:r>
        <w:t>M2 [1]</w:t>
      </w:r>
    </w:p>
    <w:p>
      <w:r>
        <w:t>13/8 B1.</w:t>
      </w:r>
    </w:p>
    <w:p>
      <w:pPr>
        <w:pStyle w:val="Heading2"/>
      </w:pPr>
      <w:r>
        <w:t>M3 [1]</w:t>
      </w:r>
    </w:p>
    <w:p>
      <w:r>
        <w:t>2 5/6 B1.</w:t>
      </w:r>
    </w:p>
    <w:p>
      <w:pPr>
        <w:pStyle w:val="Heading2"/>
      </w:pPr>
      <w:r>
        <w:t>M4 [2]</w:t>
      </w:r>
    </w:p>
    <w:p>
      <w:r>
        <w:t>24/40 and 25/40 B1; 5/8 larger B1.</w:t>
      </w:r>
    </w:p>
    <w:p>
      <w:pPr>
        <w:pStyle w:val="Heading2"/>
      </w:pPr>
      <w:r>
        <w:t>M5 [3]</w:t>
      </w:r>
    </w:p>
    <w:p>
      <w:r>
        <w:t>2/5=14/35 and 4/7=20/35 B1; unequal B1; 4/10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learners compare only numerators, use equal-length fraction strips. If they add to both entries, test 1/2 versus 2/3. If mixed conversion fails, write 2=8/4 before adding 3/4. Recheck 9/15=3/5 and 1 2/5=7/5.</w:t>
      </w:r>
    </w:p>
    <w:p>
      <w:r>
        <w:t>Use fresh questions after a delay. Record support used and the next independent check; a high immediate score alone is not mastery.</w:t>
      </w:r>
    </w:p>
    <w:p>
      <w:r>
        <w:t>AO1 5 + AO2 3 + AO3 0 = 8 marks. Item AO judgements are local and require teacher review. This targeted set does not reproduce whole-paper weightings.</w:t>
      </w:r>
    </w:p>
    <w:p>
      <w:r>
        <w:t>Selected content: N1 N2 N10.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Fractions and equivalent forms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