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L006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Simplify 16/24.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Convert 1 5/8 to an improper fraction.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Convert 17/6 to a mixed number.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Compare 3/5 and 5/8 using equal denominators.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learner changes 2/5 to 4/7 by adding 2 to both entries. Show exactly why this fails and give an equivalent fraction with numerator 4.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