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L006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Explain equivalence, simplify fractions, convert mixed and improper forms and compare fractions exactly.</w:t>
      </w:r>
    </w:p>
    <w:p>
      <w:r>
        <w:t>L005 factors and HCF; multiplication/division; a fraction represents equal parts of one whole.</w:t>
      </w:r>
    </w:p>
    <w:p>
      <w:r>
        <w:t>Selected specification content: N1 N2 N10.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fraction strips, equal-part bars or a ratio table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Which equals 2/3? A 3/4, B 4/6, C 2/6. B; A adds one to each, C changes only the denominator.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6. Common factors 1,2,3,6.</w:t>
      </w:r>
    </w:p>
    <w:p>
      <w:pPr>
        <w:pStyle w:val="Heading2"/>
      </w:pPr>
      <w:r>
        <w:t>R2</w:t>
      </w:r>
    </w:p>
    <w:p>
      <w:r>
        <w:t>23. Multiply before adding.</w:t>
      </w:r>
    </w:p>
    <w:p>
      <w:pPr>
        <w:pStyle w:val="Heading2"/>
      </w:pPr>
      <w:r>
        <w:t>R3</w:t>
      </w:r>
    </w:p>
    <w:p>
      <w:r>
        <w:t>0.6. 0.60 &gt; 0.56.</w:t>
      </w:r>
    </w:p>
    <w:p>
      <w:pPr>
        <w:pStyle w:val="Heading2"/>
      </w:pPr>
      <w:r>
        <w:t>D1</w:t>
      </w:r>
    </w:p>
    <w:p>
      <w:r>
        <w:t>12/20. Each fifth is split into four twentieths.</w:t>
      </w:r>
    </w:p>
    <w:p>
      <w:pPr>
        <w:pStyle w:val="Heading2"/>
      </w:pPr>
      <w:r>
        <w:t>D2</w:t>
      </w:r>
    </w:p>
    <w:p>
      <w:r>
        <w:t>3/5. Divide numerator and denominator by 5.</w:t>
      </w:r>
    </w:p>
    <w:p>
      <w:pPr>
        <w:pStyle w:val="Heading2"/>
      </w:pPr>
      <w:r>
        <w:t>D3</w:t>
      </w:r>
    </w:p>
    <w:p>
      <w:r>
        <w:t>17/5. Three wholes contain fifteen fifths.</w:t>
      </w:r>
    </w:p>
    <w:p>
      <w:pPr>
        <w:pStyle w:val="Heading2"/>
      </w:pPr>
      <w:r>
        <w:t>D4</w:t>
      </w:r>
    </w:p>
    <w:p>
      <w:r>
        <w:t>2 4/5; 3/4 is larger because 6/8 &gt; 5/8. Remainder stays over the original denominator.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3/6; 5/10; both simplify to 3/5. Equivalent forms can look different.</w:t>
      </w:r>
    </w:p>
    <w:p>
      <w:pPr>
        <w:pStyle w:val="Heading2"/>
      </w:pPr>
      <w:r>
        <w:t>A2</w:t>
      </w:r>
    </w:p>
    <w:p>
      <w:r>
        <w:t>17/6; 4 3/4; 2/3=8/12 &lt; 9/12=3/4. Common units make the comparison meaningful.</w:t>
      </w:r>
    </w:p>
    <w:p>
      <w:pPr>
        <w:pStyle w:val="Heading2"/>
      </w:pPr>
      <w:r>
        <w:t>A3</w:t>
      </w:r>
    </w:p>
    <w:p>
      <w:r>
        <w:t>Yes: 1 3/4 = 4/4+3/4 = 7/4 litres. Same value and units.</w:t>
      </w:r>
    </w:p>
    <w:p>
      <w:pPr>
        <w:pStyle w:val="Heading2"/>
      </w:pPr>
      <w:r>
        <w:t>C1</w:t>
      </w:r>
    </w:p>
    <w:p>
      <w:r>
        <w:t>3/5=18/30; 4/6=20/30, so not equal. Adding changes the ratio of parts.</w:t>
      </w:r>
    </w:p>
    <w:p>
      <w:pPr>
        <w:pStyle w:val="Heading2"/>
      </w:pPr>
      <w:r>
        <w:t>C2</w:t>
      </w:r>
    </w:p>
    <w:p>
      <w:r>
        <w:t>For example 7/12: 1/2=6/12 &lt; 7/12 &lt; 8/12=2/3. Other valid fractions with exact justification accepted.</w:t>
      </w:r>
    </w:p>
    <w:p>
      <w:r>
        <w:t>Calculator guidance: Optional check: enter 2 ÷ 3 and 4 ÷ 6. Matching displays support the equivalence, but the exact fraction argument explains why. Do not replace exact fractions with rounded decimals.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3/4 B1; divide both entries by 7 B1. Teacher checks explanation.</w:t>
      </w:r>
    </w:p>
    <w:p>
      <w:pPr>
        <w:pStyle w:val="Heading2"/>
      </w:pPr>
      <w:r>
        <w:t>P2</w:t>
      </w:r>
    </w:p>
    <w:p>
      <w:r>
        <w:t>15/18 and 14/18 B1; 5/6 is larger B1. Equivalent correct comparison accepted.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11/7; 2/3. Retrieve conversion and simplification.</w:t>
      </w:r>
    </w:p>
    <w:p>
      <w:pPr>
        <w:pStyle w:val="Heading2"/>
      </w:pPr>
      <w:r>
        <w:t>F2</w:t>
      </w:r>
    </w:p>
    <w:p>
      <w:r>
        <w:t>3/6 and 2/6. Equal units will allow addition.</w:t>
      </w:r>
    </w:p>
    <w:p>
      <w:r>
        <w:t>Retrieval answers: 2/3, 9/4, 2 1/5, 15, 6, 12.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learners compare only numerators, use equal-length fraction strips. If they add to both entries, test 1/2 versus 2/3. If mixed conversion fails, write 2=8/4 before adding 3/4. Recheck 9/15=3/5 and 1 2/5=7/5.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t>Optional extension answers</w:t>
      </w:r>
    </w:p>
    <w:p>
      <w:pPr>
        <w:pStyle w:val="Heading2"/>
      </w:pPr>
      <w:r>
        <w:t>Stretch</w:t>
      </w:r>
    </w:p>
    <w:p>
      <w:r>
        <w:t>Simplify 42/70 and give two different fractions equivalent to it.</w:t>
      </w:r>
    </w:p>
    <w:p>
      <w:r>
        <w:t>Answer and reasoning: 3/5; examples 6/10 and 9/15.</w:t>
      </w:r>
    </w:p>
    <w:p>
      <w:pPr>
        <w:pStyle w:val="Heading2"/>
      </w:pPr>
      <w:r>
        <w:t>Deep challenge</w:t>
      </w:r>
    </w:p>
    <w:p>
      <w:r>
        <w:t>A fraction is equivalent to 5/8 and its numerator is 35. Find its denominator and justify.</w:t>
      </w:r>
    </w:p>
    <w:p>
      <w:r>
        <w:t>Answer and reasoning: Multiplier 7, so denominator 56.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L006: Fractions and equivalent forms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Explain equivalence, simplify fractions, convert mixed and improper forms and compare fractions exactly.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Simplify 42/70 and give two different fractions equivalent to it.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fraction is equivalent to 5/8 and its numerator is 35. Find its denominator and justify.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Fractions and equivalent forms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