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L007</w:t>
        <w:br/>
        <w:t>21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Fraction operations   1 min   Recall</w:t>
      </w:r>
    </w:p>
    <w:p>
      <w:r>
        <w:t>Calculate exactly with fractions using all four operations and explain why each method works.</w:t>
      </w:r>
    </w:p>
    <w:p>
      <w:pPr>
        <w:pStyle w:val="Heading2"/>
      </w:pPr>
      <w:r>
        <w:t>02   The goal and the evidence   1 min   Recall</w:t>
      </w:r>
    </w:p>
    <w:p>
      <w:r>
        <w:t>L006 equivalence, mixed/improper conversion and common denominators; L005 factors.</w:t>
      </w:r>
    </w:p>
    <w:p>
      <w:pPr>
        <w:pStyle w:val="Heading2"/>
      </w:pPr>
      <w:r>
        <w:t>03   Starting-point diagnostic   5 min   Recall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p>
      <w:pPr>
        <w:pStyle w:val="Heading2"/>
      </w:pPr>
      <w:r>
        <w:t>04   Adding equal units   paired with slide 5   Discover</w:t>
      </w:r>
    </w:p>
    <w:p>
      <w:r>
        <w:t>3/12+4/12=7/12. Count twelfths.</w:t>
      </w:r>
    </w:p>
    <w:p>
      <w:pPr>
        <w:pStyle w:val="Heading2"/>
      </w:pPr>
      <w:r>
        <w:t>05   Half of three quarters   2 min   Discover</w:t>
      </w:r>
    </w:p>
    <w:p>
      <w:r>
        <w:t>A 2 by 4 grid splits one whole into eighths. Three of four columns represent 3/4; half of those columns is three cells out of eight, or 3/8.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Subtracting equal units   3 min   Discover</w:t>
      </w:r>
    </w:p>
    <w:p>
      <w:r>
        <w:t>7/12. 10/12−3/12.</w:t>
      </w:r>
    </w:p>
    <w:p>
      <w:pPr>
        <w:pStyle w:val="Heading2"/>
      </w:pPr>
      <w:r>
        <w:t>07   A fraction of a fraction   4 min   Discover</w:t>
      </w:r>
    </w:p>
    <w:p>
      <w:r>
        <w:t>2/5. Two thirds of three fifths is six fifteenths.</w:t>
      </w:r>
    </w:p>
    <w:p>
      <w:pPr>
        <w:pStyle w:val="Heading2"/>
      </w:pPr>
      <w:r>
        <w:t>08   Dividing by a fraction   4 min   Discover</w:t>
      </w:r>
    </w:p>
    <w:p>
      <w:r>
        <w:t>5/6. (2/3)×(5/4)=10/12.</w:t>
      </w:r>
    </w:p>
    <w:p>
      <w:pPr>
        <w:pStyle w:val="Heading2"/>
      </w:pPr>
      <w:r>
        <w:t>09   CHOOSE THE METHOD FROM THE OPERATION   2 min   Discover</w:t>
      </w:r>
    </w:p>
    <w:p>
      <w:r>
        <w:t>For + or −, rename with a common denominator. For ×, multiply numerators and denominators; cancel common factors if useful. For ÷ by a non-zero fraction, multiply by its reciprocal because that makes the divisor 1. Convert mixed numbers first; simplify and check size.</w:t>
      </w:r>
    </w:p>
    <w:p>
      <w:pPr>
        <w:pStyle w:val="Heading2"/>
      </w:pPr>
      <w:r>
        <w:t>10   Diagnostic pause   3 min   Apply</w:t>
      </w:r>
    </w:p>
    <w:p>
      <w:r>
        <w:t>1/2 + 1/3: A 2/5, B 5/6, C 2/6. B; denominators name units, so they cannot simply be added.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Careful variation   4 min   Apply</w:t>
      </w:r>
    </w:p>
    <w:p>
      <w:r>
        <w:t>5/6; 1/6; 1/6; 3/2. The operation changes the meaning.</w:t>
      </w:r>
    </w:p>
    <w:p>
      <w:pPr>
        <w:pStyle w:val="Heading2"/>
      </w:pPr>
      <w:r>
        <w:t>12   Independent application   5 min   Apply</w:t>
      </w:r>
    </w:p>
    <w:p>
      <w:r>
        <w:t>7/10; 13/24; 1/6; 2. Simplify exact results; check division by multiplication.</w:t>
      </w:r>
    </w:p>
    <w:p>
      <w:pPr>
        <w:pStyle w:val="Heading2"/>
      </w:pPr>
      <w:r>
        <w:t>13   Use the method in context   4 min   Apply</w:t>
      </w:r>
    </w:p>
    <w:p>
      <w:r>
        <w:t>3 complete pieces; 1/4 m remains. (5/2)÷(3/4)=10/3=3 1/3; three pieces use 9/4 m.</w:t>
      </w:r>
    </w:p>
    <w:p>
      <w:pPr>
        <w:pStyle w:val="Heading2"/>
      </w:pPr>
      <w:r>
        <w:t>14   Intentional practice feedback   2 min   Apply</w:t>
      </w:r>
    </w:p>
    <w:p>
      <w:r>
        <w:t>Optional check after A2: use brackets around each fraction, for example (5 ÷ 6) ÷ (5 ÷ 12) = 2. Check the result by multiplying by 5/12. Retain exact fractions when requested.</w:t>
      </w:r>
    </w:p>
    <w:p>
      <w:pPr>
        <w:pStyle w:val="Heading2"/>
      </w:pPr>
      <w:r>
        <w:t>15   A claim to test   4 min   Challenge</w:t>
      </w:r>
    </w:p>
    <w:p>
      <w:r>
        <w:t>No: (1/2)×(1/3)=1/6, smaller than both. Multiplying by a number between 0 and 1 scales down.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Deepen the reasoning   4 min   Challenge</w:t>
      </w:r>
    </w:p>
    <w:p>
      <w:r>
        <w:t>3/4 contains 1 1/2 halves; (3/4)÷(1/2)=3/2; (3/2)×(1/2)=3/4. Half-sized units fit twice as often.</w:t>
      </w:r>
    </w:p>
    <w:p>
      <w:pPr>
        <w:pStyle w:val="Heading2"/>
      </w:pPr>
      <w:r>
        <w:t>17   Retrieval without notes   4 min   Prove</w:t>
      </w:r>
    </w:p>
    <w:p>
      <w:r>
        <w:t>Answers: 1/2, 5/8, 1/2, 2, 5/3, 12. Completion is not mastery.</w:t>
      </w:r>
    </w:p>
    <w:p>
      <w:pPr>
        <w:pStyle w:val="Heading2"/>
      </w:pPr>
      <w:r>
        <w:t>18   Independent exit evidence   2 min   Prove</w:t>
      </w:r>
    </w:p>
    <w:p>
      <w:r>
        <w:t>8/12+3/12 M1; 11/12 A1. Exact equivalent answers accepted.</w:t>
      </w:r>
    </w:p>
    <w:p>
      <w:pPr>
        <w:pStyle w:val="Heading2"/>
      </w:pPr>
      <w:r>
        <w:t>19   Independent exit evidence   3 min   Prove</w:t>
      </w:r>
    </w:p>
    <w:p>
      <w:r>
        <w:t>(3/5)×(10/9) M1; 2/3 A1. Invert the divisor, not the first fraction.</w:t>
      </w:r>
    </w:p>
    <w:p>
      <w:pPr>
        <w:pStyle w:val="Heading2"/>
      </w:pPr>
      <w:r>
        <w:t>20   Feedback and next steps   2 min   Prove</w:t>
      </w:r>
    </w:p>
    <w:p>
      <w:r>
        <w:t>If denominators are added, return to equal-sized parts. If division is reversed, ask how many quarters fit in three quarters. If mixed numbers are multiplied as separate parts, convert first. Recheck 1/3+1/6=1/2 and 2/3÷1/3=2.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21   Before the next lesson   1 min   Recall</w:t>
      </w:r>
    </w:p>
    <w:p>
      <w:r>
        <w:t>An independent check uses the meaning of the original problem. Estimate the size, reverse an operation, or represent equal parts. Repeating the same mistaken procedure is not a check.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L007: Fraction operations</w:t>
      </w:r>
    </w:p>
    <w:p>
      <w:r>
        <w:rPr>
          <w:rFonts w:ascii="Arial" w:hAnsi="Arial"/>
          <w:b w:val="0"/>
          <w:color w:val="132A42"/>
          <w:sz w:val="22"/>
        </w:rPr>
        <w:t>Objective: Calculate exactly with fractions using all four operations and explain why each method works.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Calculate 5/6−3/8 and 2/3×9/10, simplifying each.</w:t>
      </w:r>
    </w:p>
    <w:p>
      <w:r>
        <w:rPr>
          <w:rFonts w:ascii="Arial" w:hAnsi="Arial"/>
          <w:b w:val="0"/>
          <w:color w:val="132A42"/>
          <w:sz w:val="20"/>
        </w:rPr>
        <w:t>Deep challenge: A learner says 3/4÷2/5=6/20. Explain and correct.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