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Fraction operations</w:t>
      </w:r>
    </w:p>
    <w:p>
      <w:r>
        <w:t>Pearson Edexcel GCSE Mathematics 1MA1 • L007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Calculate exactly with fractions using all four operations and explain why each method works.</w:t>
      </w:r>
    </w:p>
    <w:p>
      <w:pPr>
        <w:pStyle w:val="Heading1"/>
      </w:pPr>
      <w:r>
        <w:t>Vocabulary</w:t>
      </w:r>
    </w:p>
    <w:p>
      <w:r>
        <w:t>Common denominator: shared unit for addition or subtraction. Reciprocal: number that multiplies with a non-zero number to make 1. Exact answer: no rounding. Cancellation: dividing factors by a common factor.</w:t>
      </w:r>
    </w:p>
    <w:p>
      <w:pPr>
        <w:pStyle w:val="Heading1"/>
      </w:pPr>
      <w:r>
        <w:t>Why the method works</w:t>
      </w:r>
    </w:p>
    <w:p>
      <w:r>
        <w:t>Addition and subtraction count equal units: 1/2 + 1/3 = 3/6 + 2/6 = 5/6. Multiplication can mean a fraction of a fraction: half of three quarters is three eighths. Division asks how many groups fit: 3/4 ÷ 1/4 = 3.</w:t>
      </w:r>
    </w:p>
    <w:p>
      <w:pPr>
        <w:pStyle w:val="Heading1"/>
      </w:pPr>
      <w:r>
        <w:t>Method and checking</w:t>
      </w:r>
    </w:p>
    <w:p>
      <w:r>
        <w:t>For + or −, rename with a common denominator. For ×, multiply numerators and denominators; cancel common factors if useful. For ÷ by a non-zero fraction, multiply by its reciprocal because that makes the divisor 1. Convert mixed numbers first; simplify and check size.</w:t>
      </w:r>
    </w:p>
    <w:p>
      <w:pPr>
        <w:pStyle w:val="Heading1"/>
      </w:pPr>
      <w:r>
        <w:t>Common errors and next attempt</w:t>
      </w:r>
    </w:p>
    <w:p>
      <w:r>
        <w:t>If denominators are added, return to equal-sized parts. If division is reversed, ask how many quarters fit in three quarters. If mixed numbers are multiplied as separate parts, convert first. Recheck 1/3+1/6=1/2 and 2/3÷1/3=2.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 operations</dc:title>
  <dc:subject>Fraction operations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