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L007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3/8 B1.</w:t>
      </w:r>
    </w:p>
    <w:p>
      <w:pPr>
        <w:pStyle w:val="Heading2"/>
      </w:pPr>
      <w:r>
        <w:t>M2 [1]</w:t>
      </w:r>
    </w:p>
    <w:p>
      <w:r>
        <w:t>1/2 B1.</w:t>
      </w:r>
    </w:p>
    <w:p>
      <w:pPr>
        <w:pStyle w:val="Heading2"/>
      </w:pPr>
      <w:r>
        <w:t>M3 [1]</w:t>
      </w:r>
    </w:p>
    <w:p>
      <w:r>
        <w:t>1/4 B1.</w:t>
      </w:r>
    </w:p>
    <w:p>
      <w:pPr>
        <w:pStyle w:val="Heading2"/>
      </w:pPr>
      <w:r>
        <w:t>M4 [2]</w:t>
      </w:r>
    </w:p>
    <w:p>
      <w:r>
        <w:t>(3/7)×(7/6) M1; 1/2 A1.</w:t>
      </w:r>
    </w:p>
    <w:p>
      <w:pPr>
        <w:pStyle w:val="Heading2"/>
      </w:pPr>
      <w:r>
        <w:t>M5 [3]</w:t>
      </w:r>
    </w:p>
    <w:p>
      <w:r>
        <w:t>2 B1; used multiplication instead of division B1; 2×1/4=1/2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denominators are added, return to equal-sized parts. If division is reversed, ask how many quarters fit in three quarters. If mixed numbers are multiplied as separate parts, convert first. Recheck 1/3+1/6=1/2 and 2/3÷1/3=2.</w:t>
      </w:r>
    </w:p>
    <w:p>
      <w:r>
        <w:t>Use fresh questions after a delay. Record support used and the next independent check; a high immediate score alone is not mastery.</w:t>
      </w:r>
    </w:p>
    <w:p>
      <w:r>
        <w:t>AO1 6 + AO2 2 + AO3 0 = 8 marks. Item AO judgements are local and require teacher review. This targeted set does not reproduce whole-paper weightings.</w:t>
      </w:r>
    </w:p>
    <w:p>
      <w:r>
        <w:t>Selected content: N2 N3 N8.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Fraction operations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