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L007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Calculate 1/4+1/8.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Calculate 5/6−1/3.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Calculate (2/5)×(5/8).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Calculate (3/7)÷(6/7), showing the reciprocal step.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 student says (1/2)÷(1/4)=1/8. Give the correct answer, explain the mistake and check it.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Fraction operations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