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L007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Calculate exactly with fractions using all four operations and explain why each method works.</w:t>
      </w:r>
    </w:p>
    <w:p>
      <w:r>
        <w:t>L006 equivalence, mixed/improper conversion and common denominators; L005 factors.</w:t>
      </w:r>
    </w:p>
    <w:p>
      <w:r>
        <w:t>Selected specification content: N2 N3 N8.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1/2 + 1/3: A 2/5, B 5/6, C 2/6. B; denominators name units, so they cannot simply be added.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3/6; 2/6. Scale both entries.</w:t>
      </w:r>
    </w:p>
    <w:p>
      <w:pPr>
        <w:pStyle w:val="Heading2"/>
      </w:pPr>
      <w:r>
        <w:t>R2</w:t>
      </w:r>
    </w:p>
    <w:p>
      <w:r>
        <w:t>3/2. Two halves plus one half.</w:t>
      </w:r>
    </w:p>
    <w:p>
      <w:pPr>
        <w:pStyle w:val="Heading2"/>
      </w:pPr>
      <w:r>
        <w:t>R3</w:t>
      </w:r>
    </w:p>
    <w:p>
      <w:r>
        <w:t>2/5. Divide by 3.</w:t>
      </w:r>
    </w:p>
    <w:p>
      <w:pPr>
        <w:pStyle w:val="Heading2"/>
      </w:pPr>
      <w:r>
        <w:t>D1</w:t>
      </w:r>
    </w:p>
    <w:p>
      <w:r>
        <w:t>3/12+4/12=7/12. Count twelfths.</w:t>
      </w:r>
    </w:p>
    <w:p>
      <w:pPr>
        <w:pStyle w:val="Heading2"/>
      </w:pPr>
      <w:r>
        <w:t>D2</w:t>
      </w:r>
    </w:p>
    <w:p>
      <w:r>
        <w:t>7/12. 10/12−3/12.</w:t>
      </w:r>
    </w:p>
    <w:p>
      <w:pPr>
        <w:pStyle w:val="Heading2"/>
      </w:pPr>
      <w:r>
        <w:t>D3</w:t>
      </w:r>
    </w:p>
    <w:p>
      <w:r>
        <w:t>2/5. Two thirds of three fifths is six fifteenths.</w:t>
      </w:r>
    </w:p>
    <w:p>
      <w:pPr>
        <w:pStyle w:val="Heading2"/>
      </w:pPr>
      <w:r>
        <w:t>D4</w:t>
      </w:r>
    </w:p>
    <w:p>
      <w:r>
        <w:t>5/6. (2/3)×(5/4)=10/12.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5/6; 1/6; 1/6; 3/2. The operation changes the meaning.</w:t>
      </w:r>
    </w:p>
    <w:p>
      <w:pPr>
        <w:pStyle w:val="Heading2"/>
      </w:pPr>
      <w:r>
        <w:t>A2</w:t>
      </w:r>
    </w:p>
    <w:p>
      <w:r>
        <w:t>7/10; 13/24; 1/6; 2. Simplify exact results; check division by multiplication.</w:t>
      </w:r>
    </w:p>
    <w:p>
      <w:pPr>
        <w:pStyle w:val="Heading2"/>
      </w:pPr>
      <w:r>
        <w:t>A3</w:t>
      </w:r>
    </w:p>
    <w:p>
      <w:r>
        <w:t>3 complete pieces; 1/4 m remains. (5/2)÷(3/4)=10/3=3 1/3; three pieces use 9/4 m.</w:t>
      </w:r>
    </w:p>
    <w:p>
      <w:pPr>
        <w:pStyle w:val="Heading2"/>
      </w:pPr>
      <w:r>
        <w:t>C1</w:t>
      </w:r>
    </w:p>
    <w:p>
      <w:r>
        <w:t>No: (1/2)×(1/3)=1/6, smaller than both. Multiplying by a number between 0 and 1 scales down.</w:t>
      </w:r>
    </w:p>
    <w:p>
      <w:pPr>
        <w:pStyle w:val="Heading2"/>
      </w:pPr>
      <w:r>
        <w:t>C2</w:t>
      </w:r>
    </w:p>
    <w:p>
      <w:r>
        <w:t>3/4 contains 1 1/2 halves; (3/4)÷(1/2)=3/2; (3/2)×(1/2)=3/4. Half-sized units fit twice as often.</w:t>
      </w:r>
    </w:p>
    <w:p>
      <w:r>
        <w:t>Calculator guidance: Optional check after A2: use brackets around each fraction, for example (5 ÷ 6) ÷ (5 ÷ 12) = 2. Check the result by multiplying by 5/12. Retain exact fractions when requested.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8/12+3/12 M1; 11/12 A1. Exact equivalent answers accepted.</w:t>
      </w:r>
    </w:p>
    <w:p>
      <w:pPr>
        <w:pStyle w:val="Heading2"/>
      </w:pPr>
      <w:r>
        <w:t>P2</w:t>
      </w:r>
    </w:p>
    <w:p>
      <w:r>
        <w:t>(3/5)×(10/9) M1; 2/3 A1. Invert the divisor, not the first fraction.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5/8; 1/2. Check the second by multiplying by 4/5.</w:t>
      </w:r>
    </w:p>
    <w:p>
      <w:pPr>
        <w:pStyle w:val="Heading2"/>
      </w:pPr>
      <w:r>
        <w:t>F2</w:t>
      </w:r>
    </w:p>
    <w:p>
      <w:r>
        <w:t>Example: adding denominators; 1/2+1/2=1, not 2/4. Use an example you can explain.</w:t>
      </w:r>
    </w:p>
    <w:p>
      <w:r>
        <w:t>Retrieval answers: 1/2, 5/8, 1/2, 2, 5/3, 12.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Calculate 5/6−3/8 and 2/3×9/10, simplifying each.</w:t>
      </w:r>
    </w:p>
    <w:p>
      <w:r>
        <w:t>Answer and reasoning: 11/24 and 3/5.</w:t>
      </w:r>
    </w:p>
    <w:p>
      <w:pPr>
        <w:pStyle w:val="Heading2"/>
      </w:pPr>
      <w:r>
        <w:t>Deep challenge</w:t>
      </w:r>
    </w:p>
    <w:p>
      <w:r>
        <w:t>A learner says 3/4÷2/5=6/20. Explain and correct.</w:t>
      </w:r>
    </w:p>
    <w:p>
      <w:r>
        <w:t>Answer and reasoning: Division by 2/5 multiplies by 5/2: 3/4×5/2=15/8.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L007: Fraction operations</w:t>
      </w:r>
    </w:p>
    <w:p>
      <w:r>
        <w:rPr>
          <w:rFonts w:ascii="Arial" w:hAnsi="Arial"/>
          <w:b w:val="0"/>
          <w:color w:val="132A42"/>
          <w:sz w:val="22"/>
        </w:rPr>
        <w:t>Objective: Calculate exactly with fractions using all four operations and explain why each method works.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Calculate 5/6−3/8 and 2/3×9/10, simplifying each.</w:t>
      </w:r>
    </w:p>
    <w:p>
      <w:r>
        <w:rPr>
          <w:rFonts w:ascii="Arial" w:hAnsi="Arial"/>
          <w:b w:val="0"/>
          <w:color w:val="132A42"/>
          <w:sz w:val="20"/>
        </w:rPr>
        <w:t>Deep challenge: A learner says 3/4÷2/5=6/20. Explain and correct.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