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Fraction reasoning</w:t>
      </w:r>
    </w:p>
    <w:p>
      <w:r>
        <w:t>Pearson Edexcel GCSE Mathematics 1MA1 • L008</w:t>
        <w:br/>
        <w:t>Foundation and Higher • 60 minutes • Lesson resources</w:t>
      </w:r>
    </w:p>
    <w:p>
      <w:r>
        <w:t>REACH FOR THE STAR  |  GCSE MATHEMATICS</w:t>
      </w:r>
    </w:p>
    <w:p>
      <w:r>
        <w:t>Select, explain and check fraction methods; diagnose misconceptions and transfer a repaired method to a fresh problem.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Counterexample: one case that disproves an always claim. Inverse check: reverse an operation. Unit fraction: numerator 1. Systematic list: organised list that avoids omissions and repeats.</w:t>
      </w:r>
    </w:p>
    <w:p>
      <w:pPr>
        <w:pStyle w:val="Heading2"/>
      </w:pPr>
      <w:r>
        <w:t>R1</w:t>
      </w:r>
    </w:p>
    <w:p>
      <w:r>
        <w:t>Calculate 1/2+1/4 and (3/4)÷(1/4).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Which is larger, 2/3 or 3/5? Give an exact comparison.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Calculate −8−(−3) and 3+2×4.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 check must test the original meaning. If 1/2+1/3 is given as 2/5, the result is below 1/2 although a positive amount was added. Renaming gives 3/6+2/6=5/6. Subtracting 1/3 from 5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 check must test the original meaning. If 1/2+1/3 is given as 2/5, the result is below 1/2 although a positive amount was added. Renaming gives 3/6+2/6=5/6. Subtracting 1/3 from 5/6 returns 1/2.</w:t>
      </w:r>
    </w:p>
    <w:p>
      <w:pPr>
        <w:pStyle w:val="Heading2"/>
      </w:pPr>
      <w:r>
        <w:t>D1</w:t>
      </w:r>
    </w:p>
    <w:p>
      <w:r>
        <w:t>Wrong: 1/2+1/3=2/5. Model repair: 3/6+2/6=5/6. Now repair 1/3+1/4=2/7.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Wrong: (2/3)÷(1/6)=2/18. Model repair: (2/3)×6=4. Now calculate (3/5)÷(1/10).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5/6−1/2=1/3, checked by 1/3+1/2=5/6. Calculate 7/8−1/4 and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three quarters of 2 litres is (3/4)×2=1 1/2 litres. Find two thirds of 3/4 litre.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Attempt without prompts, identify the first incorrect decision, explain the repair, then solve a fresh matched problem. Use common units for +/− and a reciprocal for ÷. List possibilities systematically when the problem asks for combinations.</w:t>
      </w:r>
    </w:p>
    <w:p>
      <w:pPr>
        <w:pStyle w:val="Heading2"/>
      </w:pPr>
      <w:r>
        <w:t>A1</w:t>
      </w:r>
    </w:p>
    <w:p>
      <w:r>
        <w:t>Calculate and check (a) 1/4+1/6 (b) 3/4−1/6.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Calculate (a) (2/5)×(3/4) (b) (2/5)÷(3/4). Explain why the results differ.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full tank holds 12 litres. It is 3/4 full. Then 1/3 of the water currently in it is used. How much remains?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Start with twelfths.</w:t>
      </w:r>
    </w:p>
    <w:p>
      <w:r>
        <w:t>Optional check after A3: 12 × (3 ÷ 4) × (2 ÷ 3) = 6. Use brackets around each fraction and identify what each factor represents before entering it.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says 1/2 of 1/3 equals 1/3 of 1/2. Explain why and give the exact value.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Two shirts, red and blue, can each be worn with black, grey or white trousers. List all outfits. Explain how a list avoids omissions.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5/12; 7/12.</w:t>
      </w:r>
    </w:p>
    <w:p>
      <w:r>
        <w:t>A2: 3/10; 8/15.</w:t>
      </w:r>
    </w:p>
    <w:p>
      <w:r>
        <w:t>A3: 6 litres.</w:t>
      </w:r>
    </w:p>
    <w:p>
      <w:r>
        <w:t>C1: Both equal 1/6.</w:t>
      </w:r>
    </w:p>
    <w:p>
      <w:r>
        <w:t>C2: R-black, R-grey, R-white, B-black, B-grey, B-white: 6.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1/4 + 1/6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(2/5) ÷ (1/5)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(3/4) × (2/3)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HCF of 18 and 24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7/8 − 3/8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6 + 2 × (−3)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5/12; Q2 2; Q3 1/2; Q4 6; Q5 1/2; Q6 0.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Repair 2/3+1/4=3/7 and show the common denominator.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Find (3/4)÷(3/8) and give a multiplication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Name one decision you can now explain. Set a fresh question and a date for checking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L009: Fractions decimals and percentages</w:t>
      </w:r>
    </w:p>
    <w:p>
      <w:pPr>
        <w:pStyle w:val="Heading2"/>
      </w:pPr>
      <w:r>
        <w:t>F1</w:t>
      </w:r>
    </w:p>
    <w:p>
      <w:r>
        <w:t>Tomorrow find HCF of 18 and 24 and calculate 5/6−1/3.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L009, write 1/2 and 1/4 as decimals. Explain how division helps.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Percent means per hundred. Fractions, decimals and percentages can name the same proportion. We will preserve the value while changing the representation.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Without notes, calculate 7/12+5/18 and explain the common denominator.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Is 2/3+3/4 greater than 1? Show a method without decimals.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L008: Fraction reasoning and retrieval</w:t>
      </w:r>
    </w:p>
    <w:p>
      <w:r>
        <w:rPr>
          <w:rFonts w:ascii="Arial" w:hAnsi="Arial"/>
          <w:b w:val="0"/>
          <w:color w:val="132A42"/>
          <w:sz w:val="22"/>
        </w:rPr>
        <w:t>Objective: Select, explain and check fraction methods; diagnose misconceptions and transfer a repaired method to a fresh problem.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Without notes, calculate 7/12+5/18 and explain the common denominator.</w:t>
      </w:r>
    </w:p>
    <w:p>
      <w:r>
        <w:rPr>
          <w:rFonts w:ascii="Arial" w:hAnsi="Arial"/>
          <w:b w:val="0"/>
          <w:color w:val="132A42"/>
          <w:sz w:val="20"/>
        </w:rPr>
        <w:t>Deep challenge: Is 2/3+3/4 greater than 1? Show a method without decimals.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 reasoning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